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3A76C" w14:textId="386EDA00" w:rsidR="003142A1" w:rsidRDefault="003142A1">
      <w:pPr>
        <w:jc w:val="center"/>
        <w:rPr>
          <w:b/>
          <w:color w:val="2FA9DC"/>
          <w:sz w:val="40"/>
        </w:rPr>
      </w:pPr>
      <w:r w:rsidRPr="003142A1">
        <w:rPr>
          <w:rFonts w:asciiTheme="minorHAnsi" w:hAnsiTheme="minorHAnsi"/>
          <w:noProof/>
          <w:szCs w:val="18"/>
        </w:rPr>
        <mc:AlternateContent>
          <mc:Choice Requires="wpg">
            <w:drawing>
              <wp:anchor distT="0" distB="0" distL="114300" distR="114300" simplePos="0" relativeHeight="251659264" behindDoc="0" locked="0" layoutInCell="1" allowOverlap="1" wp14:anchorId="0FAE0639" wp14:editId="15FE7E89">
                <wp:simplePos x="0" y="0"/>
                <wp:positionH relativeFrom="column">
                  <wp:posOffset>218440</wp:posOffset>
                </wp:positionH>
                <wp:positionV relativeFrom="paragraph">
                  <wp:posOffset>-173990</wp:posOffset>
                </wp:positionV>
                <wp:extent cx="8063230" cy="484360"/>
                <wp:effectExtent l="0" t="0" r="0" b="0"/>
                <wp:wrapNone/>
                <wp:docPr id="1" name="Group 1"/>
                <wp:cNvGraphicFramePr/>
                <a:graphic xmlns:a="http://schemas.openxmlformats.org/drawingml/2006/main">
                  <a:graphicData uri="http://schemas.microsoft.com/office/word/2010/wordprocessingGroup">
                    <wpg:wgp>
                      <wpg:cNvGrpSpPr/>
                      <wpg:grpSpPr>
                        <a:xfrm>
                          <a:off x="0" y="0"/>
                          <a:ext cx="8063230" cy="484360"/>
                          <a:chOff x="0" y="0"/>
                          <a:chExt cx="6966642" cy="455930"/>
                        </a:xfrm>
                      </wpg:grpSpPr>
                      <pic:pic xmlns:pic="http://schemas.openxmlformats.org/drawingml/2006/picture">
                        <pic:nvPicPr>
                          <pic:cNvPr id="39" name="image1.jpeg"/>
                          <pic:cNvPicPr>
                            <a:picLocks noChangeAspect="1"/>
                          </pic:cNvPicPr>
                        </pic:nvPicPr>
                        <pic:blipFill>
                          <a:blip r:embed="rId8" cstate="print"/>
                          <a:stretch>
                            <a:fillRect/>
                          </a:stretch>
                        </pic:blipFill>
                        <pic:spPr>
                          <a:xfrm>
                            <a:off x="0" y="0"/>
                            <a:ext cx="1550670" cy="455930"/>
                          </a:xfrm>
                          <a:prstGeom prst="rect">
                            <a:avLst/>
                          </a:prstGeom>
                        </pic:spPr>
                      </pic:pic>
                      <pic:pic xmlns:pic="http://schemas.openxmlformats.org/drawingml/2006/picture">
                        <pic:nvPicPr>
                          <pic:cNvPr id="40" name="image2.png"/>
                          <pic:cNvPicPr>
                            <a:picLocks noChangeAspect="1"/>
                          </pic:cNvPicPr>
                        </pic:nvPicPr>
                        <pic:blipFill>
                          <a:blip r:embed="rId9" cstate="print"/>
                          <a:stretch>
                            <a:fillRect/>
                          </a:stretch>
                        </pic:blipFill>
                        <pic:spPr>
                          <a:xfrm>
                            <a:off x="1665027" y="116006"/>
                            <a:ext cx="5301615" cy="273685"/>
                          </a:xfrm>
                          <a:prstGeom prst="rect">
                            <a:avLst/>
                          </a:prstGeom>
                        </pic:spPr>
                      </pic:pic>
                      <wps:wsp>
                        <wps:cNvPr id="30" name="Text Box 30"/>
                        <wps:cNvSpPr txBox="1">
                          <a:spLocks noChangeArrowheads="1"/>
                        </wps:cNvSpPr>
                        <wps:spPr bwMode="auto">
                          <a:xfrm>
                            <a:off x="3357361" y="161886"/>
                            <a:ext cx="349271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42913" w14:textId="77777777" w:rsidR="003142A1" w:rsidRPr="00EF7C57" w:rsidRDefault="003142A1" w:rsidP="003142A1">
                              <w:pPr>
                                <w:spacing w:before="19"/>
                                <w:ind w:left="20"/>
                                <w:rPr>
                                  <w:rFonts w:ascii="Century Gothic" w:hAnsi="Century Gothic"/>
                                  <w:b/>
                                  <w:sz w:val="20"/>
                                </w:rPr>
                              </w:pPr>
                              <w:r>
                                <w:rPr>
                                  <w:b/>
                                  <w:color w:val="FFFFFF"/>
                                  <w:sz w:val="20"/>
                                </w:rPr>
                                <w:t xml:space="preserve">                              </w:t>
                              </w:r>
                              <w:r w:rsidRPr="00EF7C57">
                                <w:rPr>
                                  <w:rFonts w:ascii="Century Gothic" w:hAnsi="Century Gothic"/>
                                  <w:b/>
                                  <w:color w:val="FFFFFF"/>
                                  <w:sz w:val="20"/>
                                </w:rPr>
                                <w:t>MULTI-TIERED SYSTEM OF SUPPORTS</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AE0639" id="Group 1" o:spid="_x0000_s1026" style="position:absolute;left:0;text-align:left;margin-left:17.2pt;margin-top:-13.7pt;width:634.9pt;height:38.15pt;z-index:251659264;mso-width-relative:margin;mso-height-relative:margin" coordsize="69666,45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7" type="#_x0000_t75" style="position:absolute;width:15506;height:4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">
                  <v:imagedata r:id="rId10" o:title=""/>
                </v:shape>
                <v:shape id="image2.png" o:spid="_x0000_s1028" type="#_x0000_t75" style="position:absolute;left:16650;top:1160;width:53016;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">
                  <v:imagedata r:id="rId11" o:title=""/>
                </v:shape>
                <v:shapetype id="_x0000_t202" coordsize="21600,21600" o:spt="202" path="m,l,21600r21600,l21600,xe">
                  <v:stroke joinstyle="miter"/>
                  <v:path gradientshapeok="t" o:connecttype="rect"/>
                </v:shapetype>
                <v:shape id="Text Box 30" o:spid="_x0000_s1029" type="#_x0000_t202" style="position:absolute;left:33573;top:1618;width:34927;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2E642913" w14:textId="77777777" w:rsidR="003142A1" w:rsidRPr="00EF7C57" w:rsidRDefault="003142A1" w:rsidP="003142A1">
                        <w:pPr>
                          <w:spacing w:before="19"/>
                          <w:ind w:left="20"/>
                          <w:rPr>
                            <w:rFonts w:ascii="Century Gothic" w:hAnsi="Century Gothic"/>
                            <w:b/>
                            <w:sz w:val="20"/>
                          </w:rPr>
                        </w:pPr>
                        <w:r>
                          <w:rPr>
                            <w:b/>
                            <w:color w:val="FFFFFF"/>
                            <w:sz w:val="20"/>
                          </w:rPr>
                          <w:t xml:space="preserve">                              </w:t>
                        </w:r>
                        <w:r w:rsidRPr="00EF7C57">
                          <w:rPr>
                            <w:rFonts w:ascii="Century Gothic" w:hAnsi="Century Gothic"/>
                            <w:b/>
                            <w:color w:val="FFFFFF"/>
                            <w:sz w:val="20"/>
                          </w:rPr>
                          <w:t>MULTI-TIERED SYSTEM OF SUPPORTS</w:t>
                        </w:r>
                      </w:p>
                    </w:txbxContent>
                  </v:textbox>
                </v:shape>
              </v:group>
            </w:pict>
          </mc:Fallback>
        </mc:AlternateContent>
      </w:r>
    </w:p>
    <w:p w14:paraId="6AFBC8D6" w14:textId="1B84C9EF" w:rsidR="009A095D" w:rsidRDefault="004E2ACE">
      <w:pPr>
        <w:jc w:val="center"/>
      </w:pPr>
      <w:r>
        <w:rPr>
          <w:b/>
          <w:color w:val="2FA9DC"/>
          <w:sz w:val="40"/>
        </w:rPr>
        <w:t>Multi-Tiered System of Supports</w:t>
      </w:r>
    </w:p>
    <w:p w14:paraId="5854A1BE" w14:textId="77777777" w:rsidR="009A095D" w:rsidRDefault="004E2ACE">
      <w:pPr>
        <w:jc w:val="center"/>
      </w:pPr>
      <w:r>
        <w:rPr>
          <w:b/>
          <w:sz w:val="28"/>
        </w:rPr>
        <w:t>Standard Protocol Plan</w:t>
      </w:r>
    </w:p>
    <w:tbl>
      <w:tblPr>
        <w:tblStyle w:val="TableGrid"/>
        <w:tblW w:w="0" w:type="auto"/>
        <w:tblLook w:val="04A0" w:firstRow="1" w:lastRow="0" w:firstColumn="1" w:lastColumn="0" w:noHBand="0" w:noVBand="1"/>
      </w:tblPr>
      <w:tblGrid>
        <w:gridCol w:w="3670"/>
        <w:gridCol w:w="3669"/>
        <w:gridCol w:w="3670"/>
        <w:gridCol w:w="3669"/>
      </w:tblGrid>
      <w:tr w:rsidR="009A095D" w14:paraId="57CF6743" w14:textId="77777777">
        <w:tc>
          <w:tcPr>
            <w:tcW w:w="3672" w:type="dxa"/>
            <w:tcMar>
              <w:top w:w="80" w:type="dxa"/>
              <w:left w:w="80" w:type="dxa"/>
              <w:bottom w:w="80" w:type="dxa"/>
              <w:right w:w="80" w:type="dxa"/>
            </w:tcMar>
            <w:vAlign w:val="center"/>
          </w:tcPr>
          <w:p w14:paraId="41CDD45C" w14:textId="07D3E899" w:rsidR="009A095D" w:rsidRDefault="004E2ACE">
            <w:r>
              <w:rPr>
                <w:b/>
              </w:rPr>
              <w:t>School Name:</w:t>
            </w:r>
            <w:r w:rsidR="009D1975">
              <w:rPr>
                <w:b/>
              </w:rPr>
              <w:t xml:space="preserve"> ATLANTIC TECHNICAL COLLEGE AND HIGH SHCOOL</w:t>
            </w:r>
          </w:p>
        </w:tc>
        <w:tc>
          <w:tcPr>
            <w:tcW w:w="3672" w:type="dxa"/>
            <w:tcMar>
              <w:top w:w="80" w:type="dxa"/>
              <w:left w:w="80" w:type="dxa"/>
              <w:bottom w:w="80" w:type="dxa"/>
              <w:right w:w="80" w:type="dxa"/>
            </w:tcMar>
            <w:vAlign w:val="center"/>
          </w:tcPr>
          <w:p w14:paraId="10589B33" w14:textId="77777777" w:rsidR="009A095D" w:rsidRDefault="004E2ACE">
            <w:r>
              <w:t xml:space="preserve">   </w:t>
            </w:r>
          </w:p>
        </w:tc>
        <w:tc>
          <w:tcPr>
            <w:tcW w:w="3672" w:type="dxa"/>
            <w:tcMar>
              <w:top w:w="80" w:type="dxa"/>
              <w:left w:w="80" w:type="dxa"/>
              <w:bottom w:w="80" w:type="dxa"/>
              <w:right w:w="80" w:type="dxa"/>
            </w:tcMar>
            <w:vAlign w:val="center"/>
          </w:tcPr>
          <w:p w14:paraId="3246BBD6" w14:textId="77777777" w:rsidR="009A095D" w:rsidRDefault="004E2ACE">
            <w:r>
              <w:rPr>
                <w:b/>
              </w:rPr>
              <w:t>Target Group:</w:t>
            </w:r>
          </w:p>
        </w:tc>
        <w:tc>
          <w:tcPr>
            <w:tcW w:w="3672" w:type="dxa"/>
            <w:tcMar>
              <w:top w:w="80" w:type="dxa"/>
              <w:left w:w="80" w:type="dxa"/>
              <w:bottom w:w="80" w:type="dxa"/>
              <w:right w:w="80" w:type="dxa"/>
            </w:tcMar>
            <w:vAlign w:val="center"/>
          </w:tcPr>
          <w:p w14:paraId="5EA0BF15" w14:textId="77777777" w:rsidR="009A095D" w:rsidRDefault="004E2ACE">
            <w:r>
              <w:t xml:space="preserve">   </w:t>
            </w:r>
          </w:p>
        </w:tc>
      </w:tr>
      <w:tr w:rsidR="009A095D" w14:paraId="73CAF81C" w14:textId="77777777">
        <w:tc>
          <w:tcPr>
            <w:tcW w:w="3672" w:type="dxa"/>
            <w:tcMar>
              <w:top w:w="80" w:type="dxa"/>
              <w:left w:w="80" w:type="dxa"/>
              <w:bottom w:w="80" w:type="dxa"/>
              <w:right w:w="80" w:type="dxa"/>
            </w:tcMar>
            <w:vAlign w:val="center"/>
          </w:tcPr>
          <w:p w14:paraId="4AB95EFD" w14:textId="77777777" w:rsidR="009A095D" w:rsidRDefault="004E2ACE">
            <w:r>
              <w:rPr>
                <w:b/>
              </w:rPr>
              <w:t>Implementation Team:</w:t>
            </w:r>
          </w:p>
        </w:tc>
        <w:tc>
          <w:tcPr>
            <w:tcW w:w="3672" w:type="dxa"/>
            <w:tcMar>
              <w:top w:w="80" w:type="dxa"/>
              <w:left w:w="80" w:type="dxa"/>
              <w:bottom w:w="80" w:type="dxa"/>
              <w:right w:w="80" w:type="dxa"/>
            </w:tcMar>
            <w:vAlign w:val="center"/>
          </w:tcPr>
          <w:p w14:paraId="447DEE18" w14:textId="77777777" w:rsidR="009A095D" w:rsidRDefault="004E2ACE">
            <w:r>
              <w:t xml:space="preserve">   </w:t>
            </w:r>
          </w:p>
        </w:tc>
        <w:tc>
          <w:tcPr>
            <w:tcW w:w="3672" w:type="dxa"/>
            <w:tcMar>
              <w:top w:w="80" w:type="dxa"/>
              <w:left w:w="80" w:type="dxa"/>
              <w:bottom w:w="80" w:type="dxa"/>
              <w:right w:w="80" w:type="dxa"/>
            </w:tcMar>
            <w:vAlign w:val="center"/>
          </w:tcPr>
          <w:p w14:paraId="2E23F4EC" w14:textId="77777777" w:rsidR="009A095D" w:rsidRDefault="004E2ACE">
            <w:r>
              <w:rPr>
                <w:b/>
              </w:rPr>
              <w:t>Gap:</w:t>
            </w:r>
          </w:p>
        </w:tc>
        <w:tc>
          <w:tcPr>
            <w:tcW w:w="3672" w:type="dxa"/>
            <w:tcMar>
              <w:top w:w="80" w:type="dxa"/>
              <w:left w:w="80" w:type="dxa"/>
              <w:bottom w:w="80" w:type="dxa"/>
              <w:right w:w="80" w:type="dxa"/>
            </w:tcMar>
            <w:vAlign w:val="center"/>
          </w:tcPr>
          <w:p w14:paraId="3477D249" w14:textId="77777777" w:rsidR="009A095D" w:rsidRDefault="004E2ACE">
            <w:r>
              <w:t xml:space="preserve">   </w:t>
            </w:r>
          </w:p>
        </w:tc>
      </w:tr>
    </w:tbl>
    <w:p w14:paraId="4C9D2FD9" w14:textId="77777777" w:rsidR="009A095D" w:rsidRDefault="009A095D">
      <w:pPr>
        <w:spacing w:after="40"/>
      </w:pPr>
    </w:p>
    <w:tbl>
      <w:tblPr>
        <w:tblStyle w:val="TableGrid"/>
        <w:tblW w:w="0" w:type="auto"/>
        <w:tblLook w:val="04A0" w:firstRow="1" w:lastRow="0" w:firstColumn="1" w:lastColumn="0" w:noHBand="0" w:noVBand="1"/>
      </w:tblPr>
      <w:tblGrid>
        <w:gridCol w:w="3670"/>
        <w:gridCol w:w="3669"/>
        <w:gridCol w:w="3670"/>
        <w:gridCol w:w="3669"/>
      </w:tblGrid>
      <w:tr w:rsidR="009A095D" w14:paraId="2413823E" w14:textId="77777777">
        <w:tc>
          <w:tcPr>
            <w:tcW w:w="3672" w:type="dxa"/>
            <w:tcMar>
              <w:top w:w="80" w:type="dxa"/>
              <w:left w:w="80" w:type="dxa"/>
              <w:bottom w:w="80" w:type="dxa"/>
              <w:right w:w="80" w:type="dxa"/>
            </w:tcMar>
            <w:vAlign w:val="center"/>
          </w:tcPr>
          <w:p w14:paraId="45418467" w14:textId="77777777" w:rsidR="009A095D" w:rsidRDefault="004E2ACE">
            <w:r>
              <w:rPr>
                <w:b/>
                <w:sz w:val="17"/>
              </w:rPr>
              <w:t># of students meeting expectation or benchmark:</w:t>
            </w:r>
          </w:p>
        </w:tc>
        <w:tc>
          <w:tcPr>
            <w:tcW w:w="3672" w:type="dxa"/>
            <w:tcMar>
              <w:top w:w="80" w:type="dxa"/>
              <w:left w:w="80" w:type="dxa"/>
              <w:bottom w:w="80" w:type="dxa"/>
              <w:right w:w="80" w:type="dxa"/>
            </w:tcMar>
            <w:vAlign w:val="center"/>
          </w:tcPr>
          <w:p w14:paraId="7D8144D2" w14:textId="77777777" w:rsidR="009A095D" w:rsidRDefault="009A095D"/>
        </w:tc>
        <w:tc>
          <w:tcPr>
            <w:tcW w:w="3672" w:type="dxa"/>
            <w:tcMar>
              <w:top w:w="80" w:type="dxa"/>
              <w:left w:w="80" w:type="dxa"/>
              <w:bottom w:w="80" w:type="dxa"/>
              <w:right w:w="80" w:type="dxa"/>
            </w:tcMar>
            <w:vAlign w:val="center"/>
          </w:tcPr>
          <w:p w14:paraId="633A3196" w14:textId="77777777" w:rsidR="009A095D" w:rsidRDefault="004E2ACE">
            <w:r>
              <w:rPr>
                <w:b/>
                <w:sz w:val="17"/>
              </w:rPr>
              <w:t>Expectation/Benchmark #1:</w:t>
            </w:r>
          </w:p>
        </w:tc>
        <w:tc>
          <w:tcPr>
            <w:tcW w:w="3672" w:type="dxa"/>
            <w:tcMar>
              <w:top w:w="80" w:type="dxa"/>
              <w:left w:w="80" w:type="dxa"/>
              <w:bottom w:w="80" w:type="dxa"/>
              <w:right w:w="80" w:type="dxa"/>
            </w:tcMar>
            <w:vAlign w:val="center"/>
          </w:tcPr>
          <w:p w14:paraId="4A8D26BA" w14:textId="77777777" w:rsidR="009A095D" w:rsidRDefault="009A095D"/>
        </w:tc>
      </w:tr>
      <w:tr w:rsidR="009A095D" w14:paraId="49B2449D" w14:textId="77777777">
        <w:tc>
          <w:tcPr>
            <w:tcW w:w="3672" w:type="dxa"/>
            <w:tcMar>
              <w:top w:w="80" w:type="dxa"/>
              <w:left w:w="80" w:type="dxa"/>
              <w:bottom w:w="80" w:type="dxa"/>
              <w:right w:w="80" w:type="dxa"/>
            </w:tcMar>
            <w:vAlign w:val="center"/>
          </w:tcPr>
          <w:p w14:paraId="1B7841BE" w14:textId="77777777" w:rsidR="009A095D" w:rsidRDefault="004E2ACE">
            <w:r>
              <w:rPr>
                <w:b/>
                <w:sz w:val="17"/>
              </w:rPr>
              <w:t>Expectation/Benchmark #2:</w:t>
            </w:r>
          </w:p>
        </w:tc>
        <w:tc>
          <w:tcPr>
            <w:tcW w:w="3672" w:type="dxa"/>
            <w:tcMar>
              <w:top w:w="80" w:type="dxa"/>
              <w:left w:w="80" w:type="dxa"/>
              <w:bottom w:w="80" w:type="dxa"/>
              <w:right w:w="80" w:type="dxa"/>
            </w:tcMar>
            <w:vAlign w:val="center"/>
          </w:tcPr>
          <w:p w14:paraId="6F7ED8DB" w14:textId="77777777" w:rsidR="009A095D" w:rsidRDefault="009A095D"/>
        </w:tc>
        <w:tc>
          <w:tcPr>
            <w:tcW w:w="3672" w:type="dxa"/>
            <w:tcMar>
              <w:top w:w="80" w:type="dxa"/>
              <w:left w:w="80" w:type="dxa"/>
              <w:bottom w:w="80" w:type="dxa"/>
              <w:right w:w="80" w:type="dxa"/>
            </w:tcMar>
            <w:vAlign w:val="center"/>
          </w:tcPr>
          <w:p w14:paraId="70524AA8" w14:textId="77777777" w:rsidR="009A095D" w:rsidRDefault="004E2ACE">
            <w:r>
              <w:rPr>
                <w:b/>
                <w:sz w:val="17"/>
              </w:rPr>
              <w:t>Target Skill/Behavior #1:</w:t>
            </w:r>
          </w:p>
        </w:tc>
        <w:tc>
          <w:tcPr>
            <w:tcW w:w="3672" w:type="dxa"/>
            <w:tcMar>
              <w:top w:w="80" w:type="dxa"/>
              <w:left w:w="80" w:type="dxa"/>
              <w:bottom w:w="80" w:type="dxa"/>
              <w:right w:w="80" w:type="dxa"/>
            </w:tcMar>
            <w:vAlign w:val="center"/>
          </w:tcPr>
          <w:p w14:paraId="20070E09" w14:textId="77777777" w:rsidR="009A095D" w:rsidRDefault="009A095D"/>
        </w:tc>
      </w:tr>
      <w:tr w:rsidR="009A095D" w14:paraId="5A2A858A" w14:textId="77777777">
        <w:tc>
          <w:tcPr>
            <w:tcW w:w="3672" w:type="dxa"/>
            <w:tcMar>
              <w:top w:w="80" w:type="dxa"/>
              <w:left w:w="80" w:type="dxa"/>
              <w:bottom w:w="80" w:type="dxa"/>
              <w:right w:w="80" w:type="dxa"/>
            </w:tcMar>
            <w:vAlign w:val="center"/>
          </w:tcPr>
          <w:p w14:paraId="56FF109A" w14:textId="77777777" w:rsidR="009A095D" w:rsidRDefault="004E2ACE">
            <w:r>
              <w:rPr>
                <w:b/>
                <w:sz w:val="17"/>
              </w:rPr>
              <w:t>Target Skill/Behavior #2:</w:t>
            </w:r>
          </w:p>
        </w:tc>
        <w:tc>
          <w:tcPr>
            <w:tcW w:w="3672" w:type="dxa"/>
            <w:tcMar>
              <w:top w:w="80" w:type="dxa"/>
              <w:left w:w="80" w:type="dxa"/>
              <w:bottom w:w="80" w:type="dxa"/>
              <w:right w:w="80" w:type="dxa"/>
            </w:tcMar>
            <w:vAlign w:val="center"/>
          </w:tcPr>
          <w:p w14:paraId="122CCE6C" w14:textId="77777777" w:rsidR="009A095D" w:rsidRDefault="009A095D"/>
        </w:tc>
        <w:tc>
          <w:tcPr>
            <w:tcW w:w="3672" w:type="dxa"/>
            <w:tcMar>
              <w:top w:w="80" w:type="dxa"/>
              <w:left w:w="80" w:type="dxa"/>
              <w:bottom w:w="80" w:type="dxa"/>
              <w:right w:w="80" w:type="dxa"/>
            </w:tcMar>
            <w:vAlign w:val="center"/>
          </w:tcPr>
          <w:p w14:paraId="5BF7BCFB" w14:textId="77777777" w:rsidR="009A095D" w:rsidRDefault="004E2ACE">
            <w:r>
              <w:rPr>
                <w:b/>
                <w:sz w:val="17"/>
              </w:rPr>
              <w:t>Goal #1:</w:t>
            </w:r>
          </w:p>
        </w:tc>
        <w:tc>
          <w:tcPr>
            <w:tcW w:w="3672" w:type="dxa"/>
            <w:tcMar>
              <w:top w:w="80" w:type="dxa"/>
              <w:left w:w="80" w:type="dxa"/>
              <w:bottom w:w="80" w:type="dxa"/>
              <w:right w:w="80" w:type="dxa"/>
            </w:tcMar>
            <w:vAlign w:val="center"/>
          </w:tcPr>
          <w:p w14:paraId="4A19C86B" w14:textId="77777777" w:rsidR="009A095D" w:rsidRDefault="009A095D"/>
        </w:tc>
      </w:tr>
      <w:tr w:rsidR="009A095D" w14:paraId="0EBFFEF5" w14:textId="77777777">
        <w:tc>
          <w:tcPr>
            <w:tcW w:w="3672" w:type="dxa"/>
            <w:tcMar>
              <w:top w:w="80" w:type="dxa"/>
              <w:left w:w="80" w:type="dxa"/>
              <w:bottom w:w="80" w:type="dxa"/>
              <w:right w:w="80" w:type="dxa"/>
            </w:tcMar>
            <w:vAlign w:val="center"/>
          </w:tcPr>
          <w:p w14:paraId="2C51E2B7" w14:textId="77777777" w:rsidR="009A095D" w:rsidRDefault="004E2ACE">
            <w:r>
              <w:rPr>
                <w:b/>
                <w:sz w:val="17"/>
              </w:rPr>
              <w:t>Goal #2:</w:t>
            </w:r>
          </w:p>
        </w:tc>
        <w:tc>
          <w:tcPr>
            <w:tcW w:w="3672" w:type="dxa"/>
            <w:tcMar>
              <w:top w:w="80" w:type="dxa"/>
              <w:left w:w="80" w:type="dxa"/>
              <w:bottom w:w="80" w:type="dxa"/>
              <w:right w:w="80" w:type="dxa"/>
            </w:tcMar>
            <w:vAlign w:val="center"/>
          </w:tcPr>
          <w:p w14:paraId="5C734951" w14:textId="77777777" w:rsidR="009A095D" w:rsidRDefault="009A095D"/>
        </w:tc>
        <w:tc>
          <w:tcPr>
            <w:tcW w:w="3672" w:type="dxa"/>
            <w:tcMar>
              <w:top w:w="80" w:type="dxa"/>
              <w:left w:w="80" w:type="dxa"/>
              <w:bottom w:w="80" w:type="dxa"/>
              <w:right w:w="80" w:type="dxa"/>
            </w:tcMar>
            <w:vAlign w:val="center"/>
          </w:tcPr>
          <w:p w14:paraId="4DD0832A" w14:textId="77777777" w:rsidR="009A095D" w:rsidRDefault="004E2ACE">
            <w:r>
              <w:rPr>
                <w:b/>
                <w:sz w:val="17"/>
              </w:rPr>
              <w:t>Progress Monitoring #1:</w:t>
            </w:r>
          </w:p>
        </w:tc>
        <w:tc>
          <w:tcPr>
            <w:tcW w:w="3672" w:type="dxa"/>
            <w:tcMar>
              <w:top w:w="80" w:type="dxa"/>
              <w:left w:w="80" w:type="dxa"/>
              <w:bottom w:w="80" w:type="dxa"/>
              <w:right w:w="80" w:type="dxa"/>
            </w:tcMar>
            <w:vAlign w:val="center"/>
          </w:tcPr>
          <w:p w14:paraId="5344BAD2" w14:textId="77777777" w:rsidR="009A095D" w:rsidRDefault="009A095D"/>
        </w:tc>
      </w:tr>
      <w:tr w:rsidR="009A095D" w14:paraId="3A11A0E9" w14:textId="77777777">
        <w:tc>
          <w:tcPr>
            <w:tcW w:w="3672" w:type="dxa"/>
            <w:tcMar>
              <w:top w:w="80" w:type="dxa"/>
              <w:left w:w="80" w:type="dxa"/>
              <w:bottom w:w="80" w:type="dxa"/>
              <w:right w:w="80" w:type="dxa"/>
            </w:tcMar>
            <w:vAlign w:val="center"/>
          </w:tcPr>
          <w:p w14:paraId="76A4A95C" w14:textId="77777777" w:rsidR="009A095D" w:rsidRDefault="004E2ACE">
            <w:r>
              <w:rPr>
                <w:b/>
                <w:sz w:val="17"/>
              </w:rPr>
              <w:t>Progress Monitoring #2:</w:t>
            </w:r>
          </w:p>
        </w:tc>
        <w:tc>
          <w:tcPr>
            <w:tcW w:w="11016" w:type="dxa"/>
            <w:gridSpan w:val="3"/>
            <w:tcMar>
              <w:top w:w="80" w:type="dxa"/>
              <w:left w:w="80" w:type="dxa"/>
              <w:bottom w:w="80" w:type="dxa"/>
              <w:right w:w="80" w:type="dxa"/>
            </w:tcMar>
            <w:vAlign w:val="center"/>
          </w:tcPr>
          <w:p w14:paraId="26021CA5" w14:textId="77777777" w:rsidR="009A095D" w:rsidRDefault="009A095D"/>
        </w:tc>
      </w:tr>
    </w:tbl>
    <w:p w14:paraId="5156E29C" w14:textId="77777777" w:rsidR="009A095D" w:rsidRDefault="009A095D">
      <w:pPr>
        <w:spacing w:after="40"/>
      </w:pPr>
    </w:p>
    <w:tbl>
      <w:tblPr>
        <w:tblStyle w:val="TableGrid"/>
        <w:tblW w:w="0" w:type="auto"/>
        <w:tblLook w:val="04A0" w:firstRow="1" w:lastRow="0" w:firstColumn="1" w:lastColumn="0" w:noHBand="0" w:noVBand="1"/>
      </w:tblPr>
      <w:tblGrid>
        <w:gridCol w:w="3670"/>
        <w:gridCol w:w="3670"/>
        <w:gridCol w:w="3669"/>
        <w:gridCol w:w="3669"/>
      </w:tblGrid>
      <w:tr w:rsidR="009A095D" w14:paraId="30E6E303" w14:textId="77777777">
        <w:tc>
          <w:tcPr>
            <w:tcW w:w="3672" w:type="dxa"/>
            <w:shd w:val="clear" w:color="auto" w:fill="55B6E7"/>
            <w:tcMar>
              <w:top w:w="80" w:type="dxa"/>
              <w:left w:w="80" w:type="dxa"/>
              <w:bottom w:w="80" w:type="dxa"/>
              <w:right w:w="80" w:type="dxa"/>
            </w:tcMar>
            <w:vAlign w:val="center"/>
          </w:tcPr>
          <w:p w14:paraId="0D405DF5" w14:textId="77777777" w:rsidR="009A095D" w:rsidRDefault="004E2ACE">
            <w:r>
              <w:rPr>
                <w:b/>
                <w:color w:val="FFFFFF"/>
                <w:sz w:val="20"/>
              </w:rPr>
              <w:t>Intervention Plan</w:t>
            </w:r>
          </w:p>
        </w:tc>
        <w:tc>
          <w:tcPr>
            <w:tcW w:w="3672" w:type="dxa"/>
            <w:shd w:val="clear" w:color="auto" w:fill="55B6E7"/>
            <w:tcMar>
              <w:top w:w="80" w:type="dxa"/>
              <w:left w:w="80" w:type="dxa"/>
              <w:bottom w:w="80" w:type="dxa"/>
              <w:right w:w="80" w:type="dxa"/>
            </w:tcMar>
            <w:vAlign w:val="center"/>
          </w:tcPr>
          <w:p w14:paraId="796126F7" w14:textId="77777777" w:rsidR="009A095D" w:rsidRDefault="004E2ACE">
            <w:r>
              <w:rPr>
                <w:b/>
                <w:color w:val="FFFFFF"/>
                <w:sz w:val="20"/>
              </w:rPr>
              <w:t>Support Plan</w:t>
            </w:r>
          </w:p>
        </w:tc>
        <w:tc>
          <w:tcPr>
            <w:tcW w:w="3672" w:type="dxa"/>
            <w:shd w:val="clear" w:color="auto" w:fill="55B6E7"/>
            <w:tcMar>
              <w:top w:w="80" w:type="dxa"/>
              <w:left w:w="80" w:type="dxa"/>
              <w:bottom w:w="80" w:type="dxa"/>
              <w:right w:w="80" w:type="dxa"/>
            </w:tcMar>
            <w:vAlign w:val="center"/>
          </w:tcPr>
          <w:p w14:paraId="1F20BCF5" w14:textId="77777777" w:rsidR="009A095D" w:rsidRDefault="004E2ACE">
            <w:r>
              <w:rPr>
                <w:b/>
                <w:color w:val="FFFFFF"/>
                <w:sz w:val="20"/>
              </w:rPr>
              <w:t>Fidelity Plan</w:t>
            </w:r>
          </w:p>
        </w:tc>
        <w:tc>
          <w:tcPr>
            <w:tcW w:w="3672" w:type="dxa"/>
            <w:shd w:val="clear" w:color="auto" w:fill="55B6E7"/>
            <w:tcMar>
              <w:top w:w="80" w:type="dxa"/>
              <w:left w:w="80" w:type="dxa"/>
              <w:bottom w:w="80" w:type="dxa"/>
              <w:right w:w="80" w:type="dxa"/>
            </w:tcMar>
            <w:vAlign w:val="center"/>
          </w:tcPr>
          <w:p w14:paraId="45FDB3C8" w14:textId="77777777" w:rsidR="009A095D" w:rsidRDefault="004E2ACE">
            <w:r>
              <w:rPr>
                <w:b/>
                <w:color w:val="FFFFFF"/>
                <w:sz w:val="20"/>
              </w:rPr>
              <w:t>Student Outcome Plan</w:t>
            </w:r>
          </w:p>
        </w:tc>
      </w:tr>
      <w:tr w:rsidR="009A095D" w14:paraId="28D9C4D9" w14:textId="77777777">
        <w:tc>
          <w:tcPr>
            <w:tcW w:w="3672" w:type="dxa"/>
            <w:tcMar>
              <w:top w:w="80" w:type="dxa"/>
              <w:left w:w="80" w:type="dxa"/>
              <w:bottom w:w="80" w:type="dxa"/>
              <w:right w:w="80" w:type="dxa"/>
            </w:tcMar>
            <w:vAlign w:val="center"/>
          </w:tcPr>
          <w:p w14:paraId="2E7BF685" w14:textId="77777777" w:rsidR="009D1975" w:rsidRPr="009D1975" w:rsidRDefault="004E2ACE" w:rsidP="009D1975">
            <w:pPr>
              <w:rPr>
                <w:sz w:val="16"/>
              </w:rPr>
            </w:pPr>
            <w:r>
              <w:rPr>
                <w:sz w:val="16"/>
              </w:rPr>
              <w:t>Who is responsible</w:t>
            </w:r>
            <w:r w:rsidR="009D1975">
              <w:rPr>
                <w:sz w:val="16"/>
              </w:rPr>
              <w:t xml:space="preserve">: </w:t>
            </w:r>
            <w:r w:rsidR="009D1975" w:rsidRPr="009D1975">
              <w:rPr>
                <w:sz w:val="16"/>
              </w:rPr>
              <w:t>Students in grades 9-12 identified with reading comprehension deficits will receive targeted reading intervention services provided by the Reading Coach.</w:t>
            </w:r>
          </w:p>
          <w:p w14:paraId="249FBE63" w14:textId="64AD0AE1" w:rsidR="009A095D" w:rsidRDefault="004E2ACE">
            <w:r>
              <w:rPr>
                <w:sz w:val="16"/>
              </w:rPr>
              <w:br/>
            </w:r>
          </w:p>
        </w:tc>
        <w:tc>
          <w:tcPr>
            <w:tcW w:w="3672" w:type="dxa"/>
            <w:tcMar>
              <w:top w:w="80" w:type="dxa"/>
              <w:left w:w="80" w:type="dxa"/>
              <w:bottom w:w="80" w:type="dxa"/>
              <w:right w:w="80" w:type="dxa"/>
            </w:tcMar>
            <w:vAlign w:val="center"/>
          </w:tcPr>
          <w:p w14:paraId="1F579CB5" w14:textId="0DE77AC7" w:rsidR="009A095D" w:rsidRDefault="004E2ACE">
            <w:r>
              <w:rPr>
                <w:sz w:val="16"/>
              </w:rPr>
              <w:t>Who will support the interventionist/team?</w:t>
            </w:r>
            <w:r w:rsidR="009D1975">
              <w:rPr>
                <w:sz w:val="16"/>
              </w:rPr>
              <w:t xml:space="preserve"> Reading coach, ELA teacher, MTSS contact and parent/guardian as appropriate.</w:t>
            </w:r>
            <w:r>
              <w:rPr>
                <w:sz w:val="16"/>
              </w:rPr>
              <w:br/>
            </w:r>
            <w:r>
              <w:rPr>
                <w:sz w:val="16"/>
              </w:rPr>
              <w:br/>
            </w:r>
          </w:p>
        </w:tc>
        <w:tc>
          <w:tcPr>
            <w:tcW w:w="3672" w:type="dxa"/>
            <w:tcMar>
              <w:top w:w="80" w:type="dxa"/>
              <w:left w:w="80" w:type="dxa"/>
              <w:bottom w:w="80" w:type="dxa"/>
              <w:right w:w="80" w:type="dxa"/>
            </w:tcMar>
            <w:vAlign w:val="center"/>
          </w:tcPr>
          <w:p w14:paraId="7F237CD4" w14:textId="0F17AD6E" w:rsidR="009A095D" w:rsidRDefault="004E2ACE">
            <w:r>
              <w:rPr>
                <w:sz w:val="16"/>
              </w:rPr>
              <w:t>Who is responsible?</w:t>
            </w:r>
            <w:r w:rsidR="00987E37">
              <w:rPr>
                <w:sz w:val="16"/>
              </w:rPr>
              <w:t xml:space="preserve"> Reading coach will document implementation; MTSS team will review fidelity.</w:t>
            </w:r>
            <w:r>
              <w:rPr>
                <w:sz w:val="16"/>
              </w:rPr>
              <w:br/>
            </w:r>
            <w:r>
              <w:rPr>
                <w:sz w:val="16"/>
              </w:rPr>
              <w:br/>
            </w:r>
            <w:r>
              <w:rPr>
                <w:sz w:val="16"/>
              </w:rPr>
              <w:br/>
            </w:r>
          </w:p>
        </w:tc>
        <w:tc>
          <w:tcPr>
            <w:tcW w:w="3672" w:type="dxa"/>
            <w:tcMar>
              <w:top w:w="80" w:type="dxa"/>
              <w:left w:w="80" w:type="dxa"/>
              <w:bottom w:w="80" w:type="dxa"/>
              <w:right w:w="80" w:type="dxa"/>
            </w:tcMar>
            <w:vAlign w:val="center"/>
          </w:tcPr>
          <w:p w14:paraId="0F78D03F" w14:textId="6F0C7A5A" w:rsidR="009A095D" w:rsidRDefault="004E2ACE">
            <w:r>
              <w:rPr>
                <w:sz w:val="16"/>
              </w:rPr>
              <w:t>Who is responsible?</w:t>
            </w:r>
            <w:r w:rsidR="00D27E76">
              <w:rPr>
                <w:sz w:val="16"/>
              </w:rPr>
              <w:t xml:space="preserve"> Reading coach will collect data; MTSS team will analyze student response.</w:t>
            </w:r>
            <w:r>
              <w:rPr>
                <w:sz w:val="16"/>
              </w:rPr>
              <w:br/>
            </w:r>
            <w:r>
              <w:rPr>
                <w:sz w:val="16"/>
              </w:rPr>
              <w:br/>
            </w:r>
          </w:p>
        </w:tc>
      </w:tr>
      <w:tr w:rsidR="009A095D" w14:paraId="7B73BA84" w14:textId="77777777">
        <w:tc>
          <w:tcPr>
            <w:tcW w:w="3672" w:type="dxa"/>
            <w:tcMar>
              <w:top w:w="80" w:type="dxa"/>
              <w:left w:w="80" w:type="dxa"/>
              <w:bottom w:w="80" w:type="dxa"/>
              <w:right w:w="80" w:type="dxa"/>
            </w:tcMar>
            <w:vAlign w:val="center"/>
          </w:tcPr>
          <w:p w14:paraId="02B669B3" w14:textId="4A62A906" w:rsidR="009D1975" w:rsidRPr="009D1975" w:rsidRDefault="004E2ACE" w:rsidP="009D1975">
            <w:pPr>
              <w:rPr>
                <w:sz w:val="16"/>
              </w:rPr>
            </w:pPr>
            <w:r>
              <w:rPr>
                <w:sz w:val="16"/>
              </w:rPr>
              <w:t>What will be done?</w:t>
            </w:r>
            <w:r w:rsidR="009D1975">
              <w:rPr>
                <w:sz w:val="16"/>
              </w:rPr>
              <w:t xml:space="preserve"> </w:t>
            </w:r>
            <w:r w:rsidR="009D1975" w:rsidRPr="009D1975">
              <w:rPr>
                <w:sz w:val="16"/>
              </w:rPr>
              <w:t>Explicit reading comprehension intervention designed to strengthen students' understanding of grade-level texts through teacher modeling, think-</w:t>
            </w:r>
            <w:r w:rsidR="009D1975" w:rsidRPr="009D1975">
              <w:rPr>
                <w:sz w:val="16"/>
              </w:rPr>
              <w:t>aloud</w:t>
            </w:r>
            <w:r w:rsidR="009D1975" w:rsidRPr="009D1975">
              <w:rPr>
                <w:sz w:val="16"/>
              </w:rPr>
              <w:t>, annotation, main idea and detail analysis, text-based questioning, vocabulary support, and summary writing.</w:t>
            </w:r>
          </w:p>
          <w:p w14:paraId="45618901" w14:textId="2B01AD3A" w:rsidR="009A095D" w:rsidRDefault="004E2ACE">
            <w:r>
              <w:rPr>
                <w:sz w:val="16"/>
              </w:rPr>
              <w:br/>
            </w:r>
          </w:p>
        </w:tc>
        <w:tc>
          <w:tcPr>
            <w:tcW w:w="3672" w:type="dxa"/>
            <w:tcMar>
              <w:top w:w="80" w:type="dxa"/>
              <w:left w:w="80" w:type="dxa"/>
              <w:bottom w:w="80" w:type="dxa"/>
              <w:right w:w="80" w:type="dxa"/>
            </w:tcMar>
            <w:vAlign w:val="center"/>
          </w:tcPr>
          <w:p w14:paraId="07528CCB" w14:textId="32EAEC2B" w:rsidR="009D1975" w:rsidRPr="009D1975" w:rsidRDefault="004E2ACE" w:rsidP="009D1975">
            <w:pPr>
              <w:rPr>
                <w:sz w:val="16"/>
              </w:rPr>
            </w:pPr>
            <w:r>
              <w:rPr>
                <w:sz w:val="16"/>
              </w:rPr>
              <w:t>What will be done?</w:t>
            </w:r>
            <w:r>
              <w:rPr>
                <w:sz w:val="16"/>
              </w:rPr>
              <w:br/>
            </w:r>
            <w:r w:rsidR="009D1975" w:rsidRPr="009D1975">
              <w:rPr>
                <w:sz w:val="16"/>
              </w:rPr>
              <w:t>Deliver targeted comprehension instruction using structured routines, graphic organizers, vocabulary frontloading, text chunking, guided discussion prompts, sentence stems, and oral/written response strategies to enhance student understanding of complex texts.</w:t>
            </w:r>
          </w:p>
          <w:p w14:paraId="49D1D2D7" w14:textId="04F00C89" w:rsidR="009A095D" w:rsidRDefault="004E2ACE">
            <w:r>
              <w:rPr>
                <w:sz w:val="16"/>
              </w:rPr>
              <w:br/>
            </w:r>
            <w:r>
              <w:rPr>
                <w:sz w:val="16"/>
              </w:rPr>
              <w:br/>
            </w:r>
          </w:p>
        </w:tc>
        <w:tc>
          <w:tcPr>
            <w:tcW w:w="3672" w:type="dxa"/>
            <w:tcMar>
              <w:top w:w="80" w:type="dxa"/>
              <w:left w:w="80" w:type="dxa"/>
              <w:bottom w:w="80" w:type="dxa"/>
              <w:right w:w="80" w:type="dxa"/>
            </w:tcMar>
            <w:vAlign w:val="center"/>
          </w:tcPr>
          <w:p w14:paraId="11925607" w14:textId="1DAD17C0" w:rsidR="009A095D" w:rsidRDefault="004E2ACE">
            <w:r>
              <w:rPr>
                <w:sz w:val="16"/>
              </w:rPr>
              <w:t>What evidence will be collected?</w:t>
            </w:r>
            <w:r>
              <w:rPr>
                <w:sz w:val="16"/>
              </w:rPr>
              <w:br/>
            </w:r>
            <w:r w:rsidR="00987E37">
              <w:rPr>
                <w:sz w:val="16"/>
              </w:rPr>
              <w:t>Maintain logs, attendance records, strategy checklist, student work samples, and notes on feedback provided.</w:t>
            </w:r>
            <w:r>
              <w:rPr>
                <w:sz w:val="16"/>
              </w:rPr>
              <w:br/>
            </w:r>
            <w:r>
              <w:rPr>
                <w:sz w:val="16"/>
              </w:rPr>
              <w:br/>
            </w:r>
          </w:p>
        </w:tc>
        <w:tc>
          <w:tcPr>
            <w:tcW w:w="3672" w:type="dxa"/>
            <w:tcMar>
              <w:top w:w="80" w:type="dxa"/>
              <w:left w:w="80" w:type="dxa"/>
              <w:bottom w:w="80" w:type="dxa"/>
              <w:right w:w="80" w:type="dxa"/>
            </w:tcMar>
            <w:vAlign w:val="center"/>
          </w:tcPr>
          <w:p w14:paraId="35CC322C" w14:textId="77777777" w:rsidR="00D27E76" w:rsidRDefault="004E2ACE" w:rsidP="00D27E76">
            <w:pPr>
              <w:rPr>
                <w:sz w:val="16"/>
              </w:rPr>
            </w:pPr>
            <w:r>
              <w:rPr>
                <w:sz w:val="16"/>
              </w:rPr>
              <w:t>What data will be reviewed?</w:t>
            </w:r>
            <w:r>
              <w:rPr>
                <w:sz w:val="16"/>
              </w:rPr>
              <w:br/>
            </w:r>
            <w:r w:rsidR="00D27E76" w:rsidRPr="00D27E76">
              <w:rPr>
                <w:sz w:val="16"/>
              </w:rPr>
              <w:t>Evaluate student progress using multiple measures, including comprehension probes, brief written responses, retell and summary rubrics, classroom performance assessments, and standards-based work samples.</w:t>
            </w:r>
          </w:p>
          <w:p w14:paraId="64AF9EA8" w14:textId="77777777" w:rsidR="00D27E76" w:rsidRPr="00D27E76" w:rsidRDefault="00D27E76" w:rsidP="00D27E76">
            <w:pPr>
              <w:rPr>
                <w:sz w:val="16"/>
              </w:rPr>
            </w:pPr>
          </w:p>
          <w:p w14:paraId="7E5394B9" w14:textId="19CDC71C" w:rsidR="00D27E76" w:rsidRPr="00D27E76" w:rsidRDefault="00D27E76" w:rsidP="00D27E76">
            <w:pPr>
              <w:rPr>
                <w:sz w:val="16"/>
              </w:rPr>
            </w:pPr>
            <w:r>
              <w:rPr>
                <w:sz w:val="16"/>
              </w:rPr>
              <w:t>When: Weekly progress monitoring with formal data reviews every two weeks.</w:t>
            </w:r>
          </w:p>
          <w:p w14:paraId="19BF76F7" w14:textId="77777777" w:rsidR="00D27E76" w:rsidRDefault="004E2ACE">
            <w:pPr>
              <w:rPr>
                <w:sz w:val="16"/>
              </w:rPr>
            </w:pPr>
            <w:r>
              <w:rPr>
                <w:sz w:val="16"/>
              </w:rPr>
              <w:br/>
            </w:r>
            <w:r w:rsidR="00D27E76">
              <w:rPr>
                <w:sz w:val="16"/>
              </w:rPr>
              <w:t>Where: During intervention sessions or designated assessment time.</w:t>
            </w:r>
          </w:p>
          <w:p w14:paraId="7A2A13A1" w14:textId="77777777" w:rsidR="00D27E76" w:rsidRDefault="00D27E76">
            <w:pPr>
              <w:rPr>
                <w:sz w:val="16"/>
              </w:rPr>
            </w:pPr>
          </w:p>
          <w:p w14:paraId="35FB0ECE" w14:textId="6EEB2449" w:rsidR="009A095D" w:rsidRDefault="00D27E76">
            <w:r>
              <w:rPr>
                <w:sz w:val="16"/>
              </w:rPr>
              <w:t>For: Determining whether the student is improving comprehension accuracy, use of strategies, and ability to cite evidence from text.</w:t>
            </w:r>
            <w:r w:rsidR="004E2ACE">
              <w:rPr>
                <w:sz w:val="16"/>
              </w:rPr>
              <w:br/>
            </w:r>
          </w:p>
        </w:tc>
      </w:tr>
      <w:tr w:rsidR="009A095D" w14:paraId="09C7598A" w14:textId="77777777">
        <w:tc>
          <w:tcPr>
            <w:tcW w:w="3672" w:type="dxa"/>
            <w:tcMar>
              <w:top w:w="80" w:type="dxa"/>
              <w:left w:w="80" w:type="dxa"/>
              <w:bottom w:w="80" w:type="dxa"/>
              <w:right w:w="80" w:type="dxa"/>
            </w:tcMar>
            <w:vAlign w:val="center"/>
          </w:tcPr>
          <w:p w14:paraId="21C7574F" w14:textId="4FB8BA84" w:rsidR="009A095D" w:rsidRDefault="004E2ACE">
            <w:r>
              <w:rPr>
                <w:sz w:val="16"/>
              </w:rPr>
              <w:lastRenderedPageBreak/>
              <w:t>When will it occur?</w:t>
            </w:r>
            <w:r>
              <w:rPr>
                <w:sz w:val="16"/>
              </w:rPr>
              <w:br/>
              <w:t>(frequency/duration/intensity)</w:t>
            </w:r>
            <w:r w:rsidR="009D1975">
              <w:rPr>
                <w:sz w:val="16"/>
              </w:rPr>
              <w:t xml:space="preserve"> 3-4 times per week for 30 minutes over 6-8 weeks.</w:t>
            </w:r>
            <w:r>
              <w:rPr>
                <w:sz w:val="16"/>
              </w:rPr>
              <w:br/>
            </w:r>
            <w:r>
              <w:rPr>
                <w:sz w:val="16"/>
              </w:rPr>
              <w:br/>
            </w:r>
          </w:p>
        </w:tc>
        <w:tc>
          <w:tcPr>
            <w:tcW w:w="3672" w:type="dxa"/>
            <w:tcMar>
              <w:top w:w="80" w:type="dxa"/>
              <w:left w:w="80" w:type="dxa"/>
              <w:bottom w:w="80" w:type="dxa"/>
              <w:right w:w="80" w:type="dxa"/>
            </w:tcMar>
            <w:vAlign w:val="center"/>
          </w:tcPr>
          <w:p w14:paraId="776D4730" w14:textId="67DACA42" w:rsidR="009A095D" w:rsidRPr="00987E37" w:rsidRDefault="004E2ACE">
            <w:pPr>
              <w:rPr>
                <w:sz w:val="16"/>
              </w:rPr>
            </w:pPr>
            <w:r>
              <w:rPr>
                <w:sz w:val="16"/>
              </w:rPr>
              <w:t>When will it occur?</w:t>
            </w:r>
            <w:r w:rsidR="009D1975">
              <w:rPr>
                <w:sz w:val="16"/>
              </w:rPr>
              <w:t xml:space="preserve"> During intervention sessions and reinforced during the student’s regular ELA classroom.</w:t>
            </w:r>
            <w:r>
              <w:rPr>
                <w:sz w:val="16"/>
              </w:rPr>
              <w:br/>
            </w:r>
            <w:r>
              <w:rPr>
                <w:sz w:val="16"/>
              </w:rPr>
              <w:br/>
            </w:r>
          </w:p>
        </w:tc>
        <w:tc>
          <w:tcPr>
            <w:tcW w:w="3672" w:type="dxa"/>
            <w:tcMar>
              <w:top w:w="80" w:type="dxa"/>
              <w:left w:w="80" w:type="dxa"/>
              <w:bottom w:w="80" w:type="dxa"/>
              <w:right w:w="80" w:type="dxa"/>
            </w:tcMar>
            <w:vAlign w:val="center"/>
          </w:tcPr>
          <w:p w14:paraId="3651064E" w14:textId="5A370C68" w:rsidR="009A095D" w:rsidRDefault="004E2ACE">
            <w:r>
              <w:rPr>
                <w:sz w:val="16"/>
              </w:rPr>
              <w:t>How often will evidence be reviewed?</w:t>
            </w:r>
            <w:r w:rsidR="00987E37">
              <w:rPr>
                <w:sz w:val="16"/>
              </w:rPr>
              <w:t xml:space="preserve"> After each intervention session; reviewed weekly by the reading coach and monthly by the MTSS team. Stored in the student’s MTSS documentation folder and/or approved data system. This is to ensure that the intervention is delivered as designed and with sufficient frequency, duration, and quality.</w:t>
            </w:r>
            <w:r>
              <w:rPr>
                <w:sz w:val="16"/>
              </w:rPr>
              <w:br/>
            </w:r>
            <w:r>
              <w:rPr>
                <w:sz w:val="16"/>
              </w:rPr>
              <w:br/>
            </w:r>
          </w:p>
        </w:tc>
        <w:tc>
          <w:tcPr>
            <w:tcW w:w="3672" w:type="dxa"/>
            <w:tcMar>
              <w:top w:w="80" w:type="dxa"/>
              <w:left w:w="80" w:type="dxa"/>
              <w:bottom w:w="80" w:type="dxa"/>
              <w:right w:w="80" w:type="dxa"/>
            </w:tcMar>
            <w:vAlign w:val="center"/>
          </w:tcPr>
          <w:p w14:paraId="5D6BC091" w14:textId="0CAF0F4E" w:rsidR="009A095D" w:rsidRDefault="004E2ACE">
            <w:r>
              <w:rPr>
                <w:sz w:val="16"/>
              </w:rPr>
              <w:t>How will success criteria be determined?</w:t>
            </w:r>
            <w:r>
              <w:rPr>
                <w:sz w:val="16"/>
              </w:rPr>
              <w:t>)</w:t>
            </w:r>
            <w:r w:rsidR="00D27E76">
              <w:rPr>
                <w:sz w:val="16"/>
              </w:rPr>
              <w:t xml:space="preserve"> Progress will be graphed and compared to the goal: The student will improve reading comprehension to at least 80% accuracy on grade-level </w:t>
            </w:r>
            <w:r w:rsidR="00E811FD">
              <w:rPr>
                <w:sz w:val="16"/>
              </w:rPr>
              <w:t>appropriate comprehension tasks across three consecutive data points.</w:t>
            </w:r>
            <w:r>
              <w:rPr>
                <w:sz w:val="16"/>
              </w:rPr>
              <w:br/>
            </w:r>
            <w:r>
              <w:rPr>
                <w:sz w:val="16"/>
              </w:rPr>
              <w:br/>
            </w:r>
          </w:p>
        </w:tc>
      </w:tr>
      <w:tr w:rsidR="009A095D" w14:paraId="3571A617" w14:textId="77777777">
        <w:tc>
          <w:tcPr>
            <w:tcW w:w="3672" w:type="dxa"/>
            <w:tcMar>
              <w:top w:w="80" w:type="dxa"/>
              <w:left w:w="80" w:type="dxa"/>
              <w:bottom w:w="80" w:type="dxa"/>
              <w:right w:w="80" w:type="dxa"/>
            </w:tcMar>
            <w:vAlign w:val="center"/>
          </w:tcPr>
          <w:p w14:paraId="43C98D5A" w14:textId="77777777" w:rsidR="009A095D" w:rsidRDefault="004E2ACE">
            <w:r>
              <w:rPr>
                <w:sz w:val="16"/>
              </w:rPr>
              <w:t>Where will it occur?</w:t>
            </w:r>
            <w:r>
              <w:rPr>
                <w:sz w:val="16"/>
              </w:rPr>
              <w:br/>
            </w:r>
            <w:r w:rsidR="009D1975">
              <w:rPr>
                <w:sz w:val="16"/>
              </w:rPr>
              <w:t>Small-group reading intervention setting and/or intervention block.</w:t>
            </w:r>
            <w:r>
              <w:rPr>
                <w:sz w:val="16"/>
              </w:rPr>
              <w:br/>
            </w:r>
          </w:p>
          <w:p w14:paraId="28427F04" w14:textId="77777777" w:rsidR="00D27E76" w:rsidRDefault="00D27E76">
            <w:r>
              <w:t>For: Increasing comprehension of grade-level and instructional level informational and literary texts.</w:t>
            </w:r>
          </w:p>
          <w:p w14:paraId="63280B5D" w14:textId="77777777" w:rsidR="00D27E76" w:rsidRDefault="00D27E76"/>
          <w:p w14:paraId="3FC2B4F6" w14:textId="12B4CF96" w:rsidR="00D27E76" w:rsidRDefault="00D27E76">
            <w:r>
              <w:t>How: The reading coach will use as a gradual release model: model the strategy, guide student practice with feedback, and provide independent application with short passages.</w:t>
            </w:r>
          </w:p>
        </w:tc>
        <w:tc>
          <w:tcPr>
            <w:tcW w:w="3672" w:type="dxa"/>
            <w:tcMar>
              <w:top w:w="80" w:type="dxa"/>
              <w:left w:w="80" w:type="dxa"/>
              <w:bottom w:w="80" w:type="dxa"/>
              <w:right w:w="80" w:type="dxa"/>
            </w:tcMar>
            <w:vAlign w:val="center"/>
          </w:tcPr>
          <w:p w14:paraId="668B4993" w14:textId="77777777" w:rsidR="00987E37" w:rsidRDefault="004E2ACE">
            <w:pPr>
              <w:rPr>
                <w:sz w:val="16"/>
              </w:rPr>
            </w:pPr>
            <w:r>
              <w:rPr>
                <w:sz w:val="16"/>
              </w:rPr>
              <w:t>Where will it occur?</w:t>
            </w:r>
            <w:r w:rsidR="00987E37">
              <w:rPr>
                <w:sz w:val="16"/>
              </w:rPr>
              <w:t xml:space="preserve"> Intervention classroom and general education ELA classroom. </w:t>
            </w:r>
          </w:p>
          <w:p w14:paraId="76576870" w14:textId="77777777" w:rsidR="00987E37" w:rsidRDefault="00987E37">
            <w:pPr>
              <w:rPr>
                <w:sz w:val="16"/>
              </w:rPr>
            </w:pPr>
          </w:p>
          <w:p w14:paraId="58D86D2B" w14:textId="77777777" w:rsidR="00987E37" w:rsidRDefault="00987E37">
            <w:pPr>
              <w:rPr>
                <w:sz w:val="16"/>
              </w:rPr>
            </w:pPr>
            <w:r>
              <w:rPr>
                <w:sz w:val="16"/>
              </w:rPr>
              <w:t>For: Supporting transfer of comprehension strategies across texts and content areas.</w:t>
            </w:r>
          </w:p>
          <w:p w14:paraId="2CA3694A" w14:textId="77777777" w:rsidR="00987E37" w:rsidRDefault="00987E37">
            <w:pPr>
              <w:rPr>
                <w:sz w:val="16"/>
              </w:rPr>
            </w:pPr>
          </w:p>
          <w:p w14:paraId="2BA51331" w14:textId="3D05838F" w:rsidR="009A095D" w:rsidRPr="00987E37" w:rsidRDefault="00987E37">
            <w:pPr>
              <w:rPr>
                <w:sz w:val="16"/>
              </w:rPr>
            </w:pPr>
            <w:r>
              <w:rPr>
                <w:sz w:val="16"/>
              </w:rPr>
              <w:t>How: Staff will use consis</w:t>
            </w:r>
            <w:r w:rsidR="00D27E76">
              <w:rPr>
                <w:sz w:val="16"/>
              </w:rPr>
              <w:t>tent language, shared organizers and brief check-ins to help the student apply the strategy before, during and after reading.</w:t>
            </w:r>
            <w:r w:rsidR="004E2ACE">
              <w:rPr>
                <w:sz w:val="16"/>
              </w:rPr>
              <w:br/>
            </w:r>
            <w:r w:rsidR="004E2ACE">
              <w:rPr>
                <w:sz w:val="16"/>
              </w:rPr>
              <w:br/>
            </w:r>
          </w:p>
        </w:tc>
        <w:tc>
          <w:tcPr>
            <w:tcW w:w="3672" w:type="dxa"/>
            <w:tcMar>
              <w:top w:w="80" w:type="dxa"/>
              <w:left w:w="80" w:type="dxa"/>
              <w:bottom w:w="80" w:type="dxa"/>
              <w:right w:w="80" w:type="dxa"/>
            </w:tcMar>
            <w:vAlign w:val="center"/>
          </w:tcPr>
          <w:p w14:paraId="76DDFFC3" w14:textId="5BDDF93E" w:rsidR="009A095D" w:rsidRDefault="004E2ACE">
            <w:r>
              <w:rPr>
                <w:sz w:val="16"/>
              </w:rPr>
              <w:t>How</w:t>
            </w:r>
            <w:r w:rsidR="00987E37">
              <w:rPr>
                <w:sz w:val="16"/>
              </w:rPr>
              <w:t>? Fidelity is met when at least 80% of planned sessions are completed and the comprehension strategy checklist is completed for each session.</w:t>
            </w:r>
            <w:r>
              <w:rPr>
                <w:sz w:val="16"/>
              </w:rPr>
              <w:br/>
            </w:r>
            <w:r>
              <w:rPr>
                <w:sz w:val="16"/>
              </w:rPr>
              <w:br/>
            </w:r>
            <w:r>
              <w:rPr>
                <w:sz w:val="16"/>
              </w:rPr>
              <w:br/>
            </w:r>
          </w:p>
        </w:tc>
        <w:tc>
          <w:tcPr>
            <w:tcW w:w="3672" w:type="dxa"/>
            <w:tcMar>
              <w:top w:w="80" w:type="dxa"/>
              <w:left w:w="80" w:type="dxa"/>
              <w:bottom w:w="80" w:type="dxa"/>
              <w:right w:w="80" w:type="dxa"/>
            </w:tcMar>
            <w:vAlign w:val="center"/>
          </w:tcPr>
          <w:p w14:paraId="3DA9C830" w14:textId="2F8AC8F5" w:rsidR="009A095D" w:rsidRDefault="004E2ACE">
            <w:r>
              <w:rPr>
                <w:sz w:val="16"/>
              </w:rPr>
              <w:t>How will you respond to the outcome?</w:t>
            </w:r>
            <w:r w:rsidR="00E811FD">
              <w:rPr>
                <w:sz w:val="16"/>
              </w:rPr>
              <w:t xml:space="preserve">  The student will continue to work on strategies with the reading coach if the success criteria are not met.  The MTSS team will determine if students need to be placed on a Tier 2 or 3 with PMP implementation.  </w:t>
            </w:r>
            <w:r>
              <w:rPr>
                <w:sz w:val="16"/>
              </w:rPr>
              <w:br/>
            </w:r>
            <w:r>
              <w:rPr>
                <w:sz w:val="16"/>
              </w:rPr>
              <w:br/>
            </w:r>
          </w:p>
        </w:tc>
      </w:tr>
    </w:tbl>
    <w:p w14:paraId="63FD9339" w14:textId="77777777" w:rsidR="009A095D" w:rsidRDefault="009A095D">
      <w:pPr>
        <w:spacing w:after="20"/>
      </w:pPr>
    </w:p>
    <w:tbl>
      <w:tblPr>
        <w:tblStyle w:val="TableGrid"/>
        <w:tblW w:w="0" w:type="auto"/>
        <w:tblLook w:val="04A0" w:firstRow="1" w:lastRow="0" w:firstColumn="1" w:lastColumn="0" w:noHBand="0" w:noVBand="1"/>
      </w:tblPr>
      <w:tblGrid>
        <w:gridCol w:w="7339"/>
        <w:gridCol w:w="7339"/>
      </w:tblGrid>
      <w:tr w:rsidR="009A095D" w14:paraId="27152BB9" w14:textId="77777777">
        <w:tc>
          <w:tcPr>
            <w:tcW w:w="7344" w:type="dxa"/>
            <w:tcMar>
              <w:top w:w="80" w:type="dxa"/>
              <w:left w:w="80" w:type="dxa"/>
              <w:bottom w:w="80" w:type="dxa"/>
              <w:right w:w="80" w:type="dxa"/>
            </w:tcMar>
            <w:vAlign w:val="center"/>
          </w:tcPr>
          <w:p w14:paraId="1205EDDE" w14:textId="77777777" w:rsidR="009A095D" w:rsidRDefault="004E2ACE">
            <w:r>
              <w:rPr>
                <w:b/>
                <w:sz w:val="17"/>
              </w:rPr>
              <w:t>Outcome:</w:t>
            </w:r>
            <w:r>
              <w:rPr>
                <w:b/>
                <w:sz w:val="17"/>
              </w:rPr>
              <w:br/>
              <w:t>☐ Continue plan as designed   ☐ Continue plan with modifications   ☐ Discontinue plan</w:t>
            </w:r>
          </w:p>
        </w:tc>
        <w:tc>
          <w:tcPr>
            <w:tcW w:w="7344" w:type="dxa"/>
            <w:tcMar>
              <w:top w:w="80" w:type="dxa"/>
              <w:left w:w="80" w:type="dxa"/>
              <w:bottom w:w="80" w:type="dxa"/>
              <w:right w:w="80" w:type="dxa"/>
            </w:tcMar>
            <w:vAlign w:val="center"/>
          </w:tcPr>
          <w:p w14:paraId="0883104E" w14:textId="77777777" w:rsidR="009A095D" w:rsidRDefault="004E2ACE">
            <w:r>
              <w:rPr>
                <w:b/>
                <w:sz w:val="17"/>
              </w:rPr>
              <w:t>Outcome:</w:t>
            </w:r>
            <w:r>
              <w:rPr>
                <w:b/>
                <w:sz w:val="17"/>
              </w:rPr>
              <w:br/>
              <w:t>☐ Continue plan as designed   ☐ Continue plan with modifications   ☐ Discontinue plan</w:t>
            </w:r>
          </w:p>
        </w:tc>
      </w:tr>
    </w:tbl>
    <w:p w14:paraId="723B1233" w14:textId="77777777" w:rsidR="00F35CB3" w:rsidRDefault="00F35CB3"/>
    <w:sectPr w:rsidR="00F35CB3" w:rsidSect="00034616">
      <w:footerReference w:type="default" r:id="rId12"/>
      <w:pgSz w:w="15840" w:h="12240" w:orient="landscape"/>
      <w:pgMar w:top="504" w:right="576" w:bottom="504"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72619" w14:textId="77777777" w:rsidR="004E2ACE" w:rsidRDefault="004E2ACE">
      <w:pPr>
        <w:spacing w:after="0" w:line="240" w:lineRule="auto"/>
      </w:pPr>
      <w:r>
        <w:separator/>
      </w:r>
    </w:p>
  </w:endnote>
  <w:endnote w:type="continuationSeparator" w:id="0">
    <w:p w14:paraId="05D49059" w14:textId="77777777" w:rsidR="004E2ACE" w:rsidRDefault="004E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A826" w14:textId="77777777" w:rsidR="009A095D" w:rsidRDefault="004E2ACE">
    <w:pPr>
      <w:pStyle w:val="Footer"/>
      <w:jc w:val="right"/>
    </w:pPr>
    <w:r>
      <w:rPr>
        <w:sz w:val="14"/>
      </w:rPr>
      <w:t>MTSSSPSP - Editable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C624B" w14:textId="77777777" w:rsidR="004E2ACE" w:rsidRDefault="004E2ACE">
      <w:pPr>
        <w:spacing w:after="0" w:line="240" w:lineRule="auto"/>
      </w:pPr>
      <w:r>
        <w:separator/>
      </w:r>
    </w:p>
  </w:footnote>
  <w:footnote w:type="continuationSeparator" w:id="0">
    <w:p w14:paraId="0AEAB028" w14:textId="77777777" w:rsidR="004E2ACE" w:rsidRDefault="004E2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7388539">
    <w:abstractNumId w:val="8"/>
  </w:num>
  <w:num w:numId="2" w16cid:durableId="458185136">
    <w:abstractNumId w:val="6"/>
  </w:num>
  <w:num w:numId="3" w16cid:durableId="61488306">
    <w:abstractNumId w:val="5"/>
  </w:num>
  <w:num w:numId="4" w16cid:durableId="1943567887">
    <w:abstractNumId w:val="4"/>
  </w:num>
  <w:num w:numId="5" w16cid:durableId="1361972659">
    <w:abstractNumId w:val="7"/>
  </w:num>
  <w:num w:numId="6" w16cid:durableId="1219826148">
    <w:abstractNumId w:val="3"/>
  </w:num>
  <w:num w:numId="7" w16cid:durableId="589433533">
    <w:abstractNumId w:val="2"/>
  </w:num>
  <w:num w:numId="8" w16cid:durableId="1828864948">
    <w:abstractNumId w:val="1"/>
  </w:num>
  <w:num w:numId="9" w16cid:durableId="174020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42A1"/>
    <w:rsid w:val="00326F90"/>
    <w:rsid w:val="004E2ACE"/>
    <w:rsid w:val="005220D4"/>
    <w:rsid w:val="00717385"/>
    <w:rsid w:val="00987E37"/>
    <w:rsid w:val="009A095D"/>
    <w:rsid w:val="009D1975"/>
    <w:rsid w:val="00AA1D8D"/>
    <w:rsid w:val="00B47730"/>
    <w:rsid w:val="00CB0664"/>
    <w:rsid w:val="00D27E76"/>
    <w:rsid w:val="00E811FD"/>
    <w:rsid w:val="00F35C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4F6F26"/>
  <w14:defaultImageDpi w14:val="300"/>
  <w15:docId w15:val="{60163AF1-49B9-46C4-B41E-D725910D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3673</Characters>
  <Application>Microsoft Office Word</Application>
  <DocSecurity>0</DocSecurity>
  <Lines>333</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Miladys Puddie</cp:lastModifiedBy>
  <cp:revision>2</cp:revision>
  <cp:lastPrinted>2026-09-23T15:26:00Z</cp:lastPrinted>
  <dcterms:created xsi:type="dcterms:W3CDTF">2026-09-23T15:27:00Z</dcterms:created>
  <dcterms:modified xsi:type="dcterms:W3CDTF">2026-09-23T15:27:00Z</dcterms:modified>
  <cp:category/>
</cp:coreProperties>
</file>