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A76C" w14:textId="386EDA00" w:rsidR="003142A1" w:rsidRDefault="003142A1">
      <w:pPr>
        <w:jc w:val="center"/>
        <w:rPr>
          <w:b/>
          <w:color w:val="2FA9DC"/>
          <w:sz w:val="40"/>
        </w:rPr>
      </w:pPr>
      <w:r w:rsidRPr="003142A1">
        <w:rPr>
          <w:rFonts w:asciiTheme="minorHAnsi" w:hAnsiTheme="minorHAnsi"/>
          <w:noProof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AE0639" wp14:editId="15FE7E89">
                <wp:simplePos x="0" y="0"/>
                <wp:positionH relativeFrom="column">
                  <wp:posOffset>218440</wp:posOffset>
                </wp:positionH>
                <wp:positionV relativeFrom="paragraph">
                  <wp:posOffset>-173990</wp:posOffset>
                </wp:positionV>
                <wp:extent cx="8063230" cy="484360"/>
                <wp:effectExtent l="0" t="0" r="0" b="0"/>
                <wp:wrapNone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50F0D2-3F17-4B2C-9904-33A0A85AE7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230" cy="484360"/>
                          <a:chOff x="0" y="0"/>
                          <a:chExt cx="6966642" cy="455930"/>
                        </a:xfrm>
                      </wpg:grpSpPr>
                      <pic:pic xmlns:pic="http://schemas.openxmlformats.org/drawingml/2006/picture">
                        <pic:nvPicPr>
                          <pic:cNvPr id="39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455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5027" y="116006"/>
                            <a:ext cx="5301615" cy="273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3357361" y="161886"/>
                            <a:ext cx="349271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42913" w14:textId="77777777" w:rsidR="003142A1" w:rsidRPr="00EF7C57" w:rsidRDefault="003142A1" w:rsidP="003142A1">
                              <w:pPr>
                                <w:spacing w:before="19"/>
                                <w:ind w:left="20"/>
                                <w:rPr>
                                  <w:rFonts w:ascii="Century Gothic" w:hAnsi="Century Gothic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                              </w:t>
                              </w:r>
                              <w:r w:rsidRPr="00EF7C57">
                                <w:rPr>
                                  <w:rFonts w:ascii="Century Gothic" w:hAnsi="Century Gothic"/>
                                  <w:b/>
                                  <w:color w:val="FFFFFF"/>
                                  <w:sz w:val="20"/>
                                </w:rPr>
                                <w:t>MULTI-TIERED SYSTEM OF SUPPORTS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AE0639" id="Group 1" o:spid="_x0000_s1026" style="position:absolute;left:0;text-align:left;margin-left:17.2pt;margin-top:-13.7pt;width:634.9pt;height:38.15pt;z-index:251659264;mso-width-relative:margin;mso-height-relative:margin" coordsize="69666,45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jpeg" o:spid="_x0000_s1027" type="#_x0000_t75" style="position:absolute;width:1550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">
                  <v:imagedata r:id="rId9" o:title=""/>
                </v:shape>
                <v:shape id="image2.png" o:spid="_x0000_s1028" type="#_x0000_t75" style="position:absolute;left:16650;top:1160;width:53016;height: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9" type="#_x0000_t202" style="position:absolute;left:33573;top:1618;width:3492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E642913" w14:textId="77777777" w:rsidR="003142A1" w:rsidRPr="00EF7C57" w:rsidRDefault="003142A1" w:rsidP="003142A1">
                        <w:pPr>
                          <w:spacing w:before="19"/>
                          <w:ind w:left="20"/>
                          <w:rPr>
                            <w:rFonts w:ascii="Century Gothic" w:hAnsi="Century Gothic"/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 xml:space="preserve">                              </w:t>
                        </w:r>
                        <w:r w:rsidRPr="00EF7C57">
                          <w:rPr>
                            <w:rFonts w:ascii="Century Gothic" w:hAnsi="Century Gothic"/>
                            <w:b/>
                            <w:color w:val="FFFFFF"/>
                            <w:sz w:val="20"/>
                          </w:rPr>
                          <w:t>MULTI-TIERED SYSTEM OF SUPPORTS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FBC8D6" w14:textId="1B84C9EF" w:rsidR="009A095D" w:rsidRDefault="009F1A7C">
      <w:pPr>
        <w:jc w:val="center"/>
      </w:pPr>
      <w:r>
        <w:rPr>
          <w:b/>
          <w:color w:val="2FA9DC"/>
          <w:sz w:val="40"/>
        </w:rPr>
        <w:t>Multi-Tiered System of Supports</w:t>
      </w:r>
    </w:p>
    <w:p w14:paraId="5854A1BE" w14:textId="77777777" w:rsidR="009A095D" w:rsidRDefault="009F1A7C">
      <w:pPr>
        <w:jc w:val="center"/>
      </w:pPr>
      <w:r>
        <w:rPr>
          <w:b/>
          <w:sz w:val="28"/>
        </w:rPr>
        <w:t>Standard Protocol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9"/>
        <w:gridCol w:w="3670"/>
        <w:gridCol w:w="3669"/>
        <w:gridCol w:w="3670"/>
      </w:tblGrid>
      <w:tr w:rsidR="009A095D" w14:paraId="57CF6743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DD45C" w14:textId="77777777" w:rsidR="009A095D" w:rsidRDefault="009F1A7C">
            <w:r>
              <w:rPr>
                <w:b/>
              </w:rPr>
              <w:t>School Name: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89B33" w14:textId="172ADBF5" w:rsidR="009A095D" w:rsidRDefault="009F1A7C">
            <w:r>
              <w:t xml:space="preserve">   </w:t>
            </w:r>
            <w:r w:rsidR="00E33A9B">
              <w:t>McArthur High School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6BBD6" w14:textId="77777777" w:rsidR="009A095D" w:rsidRDefault="009F1A7C">
            <w:r>
              <w:rPr>
                <w:b/>
              </w:rPr>
              <w:t>Target Group: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0BF15" w14:textId="7C2F2927" w:rsidR="009A095D" w:rsidRDefault="009F1A7C">
            <w:r>
              <w:t xml:space="preserve">   </w:t>
            </w:r>
            <w:r w:rsidR="00FC3BCD">
              <w:t>Lowest 10% of 30%</w:t>
            </w:r>
          </w:p>
        </w:tc>
      </w:tr>
      <w:tr w:rsidR="009A095D" w14:paraId="73CAF81C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95EFD" w14:textId="77777777" w:rsidR="009A095D" w:rsidRDefault="009F1A7C">
            <w:r>
              <w:rPr>
                <w:b/>
              </w:rPr>
              <w:t>Implementation Team: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DEE18" w14:textId="359B3F76" w:rsidR="009A095D" w:rsidRDefault="009F1A7C">
            <w:r>
              <w:t xml:space="preserve">   </w:t>
            </w:r>
            <w:r w:rsidR="37172D4D">
              <w:t>Ms.Williams, Ms.Hogan, Mr.Martinez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3F4EC" w14:textId="77777777" w:rsidR="009A095D" w:rsidRDefault="009F1A7C">
            <w:r>
              <w:rPr>
                <w:b/>
              </w:rPr>
              <w:t>Gap: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7D249" w14:textId="11DE52EA" w:rsidR="009A095D" w:rsidRDefault="1CA74CAC">
            <w:r>
              <w:t>Subject based Foundational Math Skills</w:t>
            </w:r>
          </w:p>
        </w:tc>
      </w:tr>
    </w:tbl>
    <w:p w14:paraId="4C9D2FD9" w14:textId="77777777" w:rsidR="009A095D" w:rsidRDefault="009A095D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0"/>
        <w:gridCol w:w="3669"/>
        <w:gridCol w:w="3670"/>
        <w:gridCol w:w="3669"/>
      </w:tblGrid>
      <w:tr w:rsidR="009A095D" w14:paraId="2413823E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18467" w14:textId="77777777" w:rsidR="009A095D" w:rsidRDefault="009F1A7C">
            <w:r>
              <w:rPr>
                <w:b/>
                <w:sz w:val="17"/>
              </w:rPr>
              <w:t># of students meeting expectation or benchmark: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144D2" w14:textId="77777777" w:rsidR="009A095D" w:rsidRDefault="009A095D"/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A3196" w14:textId="77777777" w:rsidR="009A095D" w:rsidRDefault="009F1A7C">
            <w:r>
              <w:rPr>
                <w:b/>
                <w:sz w:val="17"/>
              </w:rPr>
              <w:t>Expectation/Benchmark #1: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D26BA" w14:textId="77777777" w:rsidR="009A095D" w:rsidRDefault="009A095D"/>
        </w:tc>
      </w:tr>
      <w:tr w:rsidR="009A095D" w14:paraId="49B2449D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841BE" w14:textId="77777777" w:rsidR="009A095D" w:rsidRDefault="009F1A7C">
            <w:r>
              <w:rPr>
                <w:b/>
                <w:sz w:val="17"/>
              </w:rPr>
              <w:t>Expectation/Benchmark #2: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ED8DB" w14:textId="77777777" w:rsidR="009A095D" w:rsidRDefault="009A095D"/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24AA8" w14:textId="77777777" w:rsidR="009A095D" w:rsidRDefault="009F1A7C">
            <w:r>
              <w:rPr>
                <w:b/>
                <w:sz w:val="17"/>
              </w:rPr>
              <w:t>Target Skill/Behavior #1: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70E09" w14:textId="77777777" w:rsidR="009A095D" w:rsidRDefault="009A095D"/>
        </w:tc>
      </w:tr>
      <w:tr w:rsidR="009A095D" w14:paraId="5A2A858A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F109A" w14:textId="77777777" w:rsidR="009A095D" w:rsidRDefault="009F1A7C">
            <w:r>
              <w:rPr>
                <w:b/>
                <w:sz w:val="17"/>
              </w:rPr>
              <w:t>Target Skill/Behavior #2: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CCE6C" w14:textId="77777777" w:rsidR="009A095D" w:rsidRDefault="009A095D"/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7BCFB" w14:textId="77777777" w:rsidR="009A095D" w:rsidRDefault="009F1A7C">
            <w:r>
              <w:rPr>
                <w:b/>
                <w:sz w:val="17"/>
              </w:rPr>
              <w:t>Goal #1: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9C86B" w14:textId="77777777" w:rsidR="009A095D" w:rsidRDefault="009A095D"/>
        </w:tc>
      </w:tr>
      <w:tr w:rsidR="009A095D" w14:paraId="0EBFFEF5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1E2B7" w14:textId="77777777" w:rsidR="009A095D" w:rsidRDefault="009F1A7C">
            <w:r>
              <w:rPr>
                <w:b/>
                <w:sz w:val="17"/>
              </w:rPr>
              <w:t>Goal #2: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34951" w14:textId="77777777" w:rsidR="009A095D" w:rsidRDefault="009A095D"/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0832A" w14:textId="77777777" w:rsidR="009A095D" w:rsidRDefault="009F1A7C">
            <w:r>
              <w:rPr>
                <w:b/>
                <w:sz w:val="17"/>
              </w:rPr>
              <w:t>Progress Monitoring #1: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4BAD2" w14:textId="77777777" w:rsidR="009A095D" w:rsidRDefault="009A095D"/>
        </w:tc>
      </w:tr>
      <w:tr w:rsidR="009A095D" w14:paraId="3A11A0E9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4A95C" w14:textId="77777777" w:rsidR="009A095D" w:rsidRDefault="009F1A7C">
            <w:r>
              <w:rPr>
                <w:b/>
                <w:sz w:val="17"/>
              </w:rPr>
              <w:t>Progress Monitoring #2:</w:t>
            </w:r>
          </w:p>
        </w:tc>
        <w:tc>
          <w:tcPr>
            <w:tcW w:w="11016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21CA5" w14:textId="77777777" w:rsidR="009A095D" w:rsidRDefault="009A095D"/>
        </w:tc>
      </w:tr>
    </w:tbl>
    <w:p w14:paraId="5156E29C" w14:textId="77777777" w:rsidR="009A095D" w:rsidRDefault="009A095D">
      <w:pPr>
        <w:spacing w:after="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0"/>
        <w:gridCol w:w="3669"/>
        <w:gridCol w:w="3670"/>
        <w:gridCol w:w="3669"/>
      </w:tblGrid>
      <w:tr w:rsidR="009A095D" w14:paraId="30E6E303" w14:textId="77777777">
        <w:tc>
          <w:tcPr>
            <w:tcW w:w="3672" w:type="dxa"/>
            <w:shd w:val="clear" w:color="auto" w:fill="55B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05DF5" w14:textId="77777777" w:rsidR="009A095D" w:rsidRDefault="009F1A7C">
            <w:r>
              <w:rPr>
                <w:b/>
                <w:color w:val="FFFFFF"/>
                <w:sz w:val="20"/>
              </w:rPr>
              <w:t>Intervention Plan</w:t>
            </w:r>
          </w:p>
        </w:tc>
        <w:tc>
          <w:tcPr>
            <w:tcW w:w="3672" w:type="dxa"/>
            <w:shd w:val="clear" w:color="auto" w:fill="55B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126F7" w14:textId="77777777" w:rsidR="009A095D" w:rsidRDefault="009F1A7C">
            <w:r>
              <w:rPr>
                <w:b/>
                <w:color w:val="FFFFFF"/>
                <w:sz w:val="20"/>
              </w:rPr>
              <w:t>Support Plan</w:t>
            </w:r>
          </w:p>
        </w:tc>
        <w:tc>
          <w:tcPr>
            <w:tcW w:w="3672" w:type="dxa"/>
            <w:shd w:val="clear" w:color="auto" w:fill="55B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0BCF5" w14:textId="77777777" w:rsidR="009A095D" w:rsidRDefault="009F1A7C">
            <w:r>
              <w:rPr>
                <w:b/>
                <w:color w:val="FFFFFF"/>
                <w:sz w:val="20"/>
              </w:rPr>
              <w:t>Fidelity Plan</w:t>
            </w:r>
          </w:p>
        </w:tc>
        <w:tc>
          <w:tcPr>
            <w:tcW w:w="3672" w:type="dxa"/>
            <w:shd w:val="clear" w:color="auto" w:fill="55B6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DB3C8" w14:textId="77777777" w:rsidR="009A095D" w:rsidRDefault="009F1A7C">
            <w:r>
              <w:rPr>
                <w:b/>
                <w:color w:val="FFFFFF"/>
                <w:sz w:val="20"/>
              </w:rPr>
              <w:t>Student Outcome Plan</w:t>
            </w:r>
          </w:p>
        </w:tc>
      </w:tr>
      <w:tr w:rsidR="009A095D" w14:paraId="28D9C4D9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25350" w14:textId="10634E2A" w:rsidR="009A095D" w:rsidRDefault="009F1A7C">
            <w:r w:rsidRPr="7FBA1814">
              <w:rPr>
                <w:sz w:val="16"/>
                <w:szCs w:val="16"/>
              </w:rPr>
              <w:t>Who is responsible?</w:t>
            </w:r>
          </w:p>
          <w:p w14:paraId="249FBE63" w14:textId="64EBCCE8" w:rsidR="009A095D" w:rsidRDefault="448CDB2E">
            <w:r>
              <w:t xml:space="preserve">Lowest 10% of </w:t>
            </w:r>
            <w:r w:rsidR="289AC96C">
              <w:t>Math students in Algebra and Geomerty</w:t>
            </w:r>
            <w:r w:rsidR="009F1A7C">
              <w:br/>
            </w:r>
            <w:r w:rsidR="009F1A7C"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79CB5" w14:textId="3783C946" w:rsidR="009A095D" w:rsidRDefault="009F1A7C">
            <w:r w:rsidRPr="23953895">
              <w:rPr>
                <w:sz w:val="16"/>
                <w:szCs w:val="16"/>
              </w:rPr>
              <w:t>Who will support the interventionist/team?</w:t>
            </w:r>
            <w:r>
              <w:br/>
            </w:r>
            <w:r>
              <w:br/>
            </w:r>
            <w:r w:rsidR="44D78C16" w:rsidRPr="08CAFFC9">
              <w:rPr>
                <w:sz w:val="16"/>
                <w:szCs w:val="16"/>
              </w:rPr>
              <w:t>Math</w:t>
            </w:r>
            <w:r w:rsidR="44D78C16" w:rsidRPr="41A7FC8D">
              <w:rPr>
                <w:sz w:val="16"/>
                <w:szCs w:val="16"/>
              </w:rPr>
              <w:t xml:space="preserve"> Coach and Math </w:t>
            </w:r>
            <w:r w:rsidR="44D78C16" w:rsidRPr="03095794">
              <w:rPr>
                <w:sz w:val="16"/>
                <w:szCs w:val="16"/>
              </w:rPr>
              <w:t>Teachers</w:t>
            </w:r>
            <w:r w:rsidR="44D78C16" w:rsidRPr="41C70F84">
              <w:rPr>
                <w:sz w:val="16"/>
                <w:szCs w:val="16"/>
              </w:rPr>
              <w:t xml:space="preserve"> </w:t>
            </w:r>
            <w:r w:rsidR="44D78C16" w:rsidRPr="0733CF73">
              <w:rPr>
                <w:sz w:val="16"/>
                <w:szCs w:val="16"/>
              </w:rPr>
              <w:t>(</w:t>
            </w:r>
            <w:r w:rsidR="44D78C16" w:rsidRPr="744B923B">
              <w:rPr>
                <w:sz w:val="16"/>
                <w:szCs w:val="16"/>
              </w:rPr>
              <w:t>Algebra</w:t>
            </w:r>
            <w:r w:rsidR="44D78C16" w:rsidRPr="3681D257">
              <w:rPr>
                <w:sz w:val="16"/>
                <w:szCs w:val="16"/>
              </w:rPr>
              <w:t xml:space="preserve"> and </w:t>
            </w:r>
            <w:r w:rsidR="44D78C16" w:rsidRPr="68188405">
              <w:rPr>
                <w:sz w:val="16"/>
                <w:szCs w:val="16"/>
              </w:rPr>
              <w:t>Geometry)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2D649" w14:textId="50300B7C" w:rsidR="009A095D" w:rsidRDefault="009F1A7C">
            <w:r w:rsidRPr="27CC1844">
              <w:rPr>
                <w:sz w:val="16"/>
                <w:szCs w:val="16"/>
              </w:rPr>
              <w:t>Who is responsible?</w:t>
            </w:r>
            <w:r>
              <w:br/>
            </w:r>
            <w:r w:rsidRPr="27CC1844">
              <w:rPr>
                <w:sz w:val="16"/>
                <w:szCs w:val="16"/>
              </w:rPr>
              <w:t>(monitoring implementation)</w:t>
            </w:r>
          </w:p>
          <w:p w14:paraId="7F237CD4" w14:textId="055DE244" w:rsidR="009A095D" w:rsidRDefault="6765B0A3">
            <w:r>
              <w:t>Math Coach(Hogan). MTSS team will review</w:t>
            </w:r>
            <w:r w:rsidR="009F1A7C">
              <w:br/>
            </w:r>
            <w:r w:rsidR="009F1A7C"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8D03F" w14:textId="3D53112D" w:rsidR="009A095D" w:rsidRDefault="009F1A7C">
            <w:r w:rsidRPr="5239D4E4">
              <w:rPr>
                <w:sz w:val="16"/>
                <w:szCs w:val="16"/>
              </w:rPr>
              <w:t>Who is responsible?</w:t>
            </w:r>
            <w:r>
              <w:br/>
            </w:r>
            <w:r w:rsidR="7A8F467B" w:rsidRPr="5A2016F7">
              <w:rPr>
                <w:sz w:val="16"/>
                <w:szCs w:val="16"/>
              </w:rPr>
              <w:t xml:space="preserve">Math </w:t>
            </w:r>
            <w:r w:rsidR="7A8F467B" w:rsidRPr="19B8F987">
              <w:rPr>
                <w:sz w:val="16"/>
                <w:szCs w:val="16"/>
              </w:rPr>
              <w:t xml:space="preserve">Coach will </w:t>
            </w:r>
            <w:r w:rsidR="7A8F467B" w:rsidRPr="1E39393D">
              <w:rPr>
                <w:sz w:val="16"/>
                <w:szCs w:val="16"/>
              </w:rPr>
              <w:t xml:space="preserve">be </w:t>
            </w:r>
            <w:r w:rsidR="7A8F467B" w:rsidRPr="018943F3">
              <w:rPr>
                <w:sz w:val="16"/>
                <w:szCs w:val="16"/>
              </w:rPr>
              <w:t xml:space="preserve">responsible </w:t>
            </w:r>
            <w:r w:rsidR="7A8F467B" w:rsidRPr="305146FB">
              <w:rPr>
                <w:sz w:val="16"/>
                <w:szCs w:val="16"/>
              </w:rPr>
              <w:t>to</w:t>
            </w:r>
            <w:r w:rsidR="7A8F467B" w:rsidRPr="6D22E309">
              <w:rPr>
                <w:sz w:val="16"/>
                <w:szCs w:val="16"/>
              </w:rPr>
              <w:t xml:space="preserve"> </w:t>
            </w:r>
            <w:r w:rsidR="7A8F467B" w:rsidRPr="70FE02E7">
              <w:rPr>
                <w:sz w:val="16"/>
                <w:szCs w:val="16"/>
              </w:rPr>
              <w:t>collect data</w:t>
            </w:r>
            <w:r>
              <w:br/>
            </w:r>
          </w:p>
        </w:tc>
      </w:tr>
      <w:tr w:rsidR="009A095D" w14:paraId="7B73BA84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41F51" w14:textId="46196CE6" w:rsidR="009A095D" w:rsidRDefault="009F1A7C">
            <w:r w:rsidRPr="0A74BA12">
              <w:rPr>
                <w:sz w:val="16"/>
                <w:szCs w:val="16"/>
              </w:rPr>
              <w:t>What will be done?</w:t>
            </w:r>
            <w:r>
              <w:br/>
            </w:r>
            <w:r w:rsidRPr="0A74BA12">
              <w:rPr>
                <w:sz w:val="16"/>
                <w:szCs w:val="16"/>
              </w:rPr>
              <w:t>(research/evidence based)</w:t>
            </w:r>
          </w:p>
          <w:p w14:paraId="45618901" w14:textId="3F55D283" w:rsidR="009A095D" w:rsidRDefault="009F1A7C">
            <w:r>
              <w:br/>
            </w:r>
            <w:r w:rsidR="49DCA4C6">
              <w:t>Lowest 10% o</w:t>
            </w:r>
            <w:r w:rsidR="716934AA">
              <w:t>f</w:t>
            </w:r>
            <w:r w:rsidR="49DCA4C6">
              <w:t xml:space="preserve"> the 30% from 1 </w:t>
            </w:r>
            <w:r w:rsidR="6622F83C">
              <w:t>CFA’s in Algebra and Geometry</w:t>
            </w:r>
            <w:r w:rsidR="5A605A88">
              <w:t>. Utilizing District Resource Program called Success Maker</w:t>
            </w:r>
            <w:r>
              <w:br/>
            </w:r>
            <w:r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1D2D7" w14:textId="235FCFB1" w:rsidR="009A095D" w:rsidRDefault="009F1A7C">
            <w:r w:rsidRPr="7E2526C6">
              <w:rPr>
                <w:sz w:val="16"/>
                <w:szCs w:val="16"/>
              </w:rPr>
              <w:t>What will be done?</w:t>
            </w:r>
            <w:r>
              <w:br/>
            </w:r>
            <w:r w:rsidRPr="7E2526C6">
              <w:rPr>
                <w:sz w:val="16"/>
                <w:szCs w:val="16"/>
              </w:rPr>
              <w:t>(coaching and support)</w:t>
            </w:r>
            <w:r>
              <w:br/>
            </w:r>
            <w:r>
              <w:br/>
            </w:r>
            <w:r w:rsidR="4EDA7202" w:rsidRPr="49707EC1">
              <w:rPr>
                <w:sz w:val="16"/>
                <w:szCs w:val="16"/>
              </w:rPr>
              <w:t>Monitoring</w:t>
            </w:r>
            <w:r w:rsidR="4EDA7202" w:rsidRPr="192FA5A7">
              <w:rPr>
                <w:sz w:val="16"/>
                <w:szCs w:val="16"/>
              </w:rPr>
              <w:t xml:space="preserve"> student</w:t>
            </w:r>
            <w:r w:rsidR="4EDA7202" w:rsidRPr="4A852BD0">
              <w:rPr>
                <w:sz w:val="16"/>
                <w:szCs w:val="16"/>
              </w:rPr>
              <w:t xml:space="preserve"> </w:t>
            </w:r>
            <w:r w:rsidR="4EDA7202" w:rsidRPr="44384EA1">
              <w:rPr>
                <w:sz w:val="16"/>
                <w:szCs w:val="16"/>
              </w:rPr>
              <w:t>indepen</w:t>
            </w:r>
            <w:r w:rsidR="52984E9A" w:rsidRPr="44384EA1">
              <w:rPr>
                <w:sz w:val="16"/>
                <w:szCs w:val="16"/>
              </w:rPr>
              <w:t>dent</w:t>
            </w:r>
            <w:r w:rsidR="4EDA7202" w:rsidRPr="4A852BD0">
              <w:rPr>
                <w:sz w:val="16"/>
                <w:szCs w:val="16"/>
              </w:rPr>
              <w:t xml:space="preserve"> </w:t>
            </w:r>
            <w:r w:rsidR="4EDA7202" w:rsidRPr="5D2967E9">
              <w:rPr>
                <w:sz w:val="16"/>
                <w:szCs w:val="16"/>
              </w:rPr>
              <w:t xml:space="preserve">work on </w:t>
            </w:r>
            <w:r w:rsidR="4EDA7202" w:rsidRPr="4A2F7F99">
              <w:rPr>
                <w:sz w:val="16"/>
                <w:szCs w:val="16"/>
              </w:rPr>
              <w:t xml:space="preserve">Success </w:t>
            </w:r>
            <w:r w:rsidR="4EDA7202" w:rsidRPr="40683D52">
              <w:rPr>
                <w:sz w:val="16"/>
                <w:szCs w:val="16"/>
              </w:rPr>
              <w:t>Maker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96F55" w14:textId="7808515D" w:rsidR="009A095D" w:rsidRDefault="009F1A7C">
            <w:r w:rsidRPr="2E9619B8">
              <w:rPr>
                <w:sz w:val="16"/>
                <w:szCs w:val="16"/>
              </w:rPr>
              <w:t>What evidence will be collected?</w:t>
            </w:r>
            <w:r>
              <w:br/>
            </w:r>
            <w:r w:rsidRPr="2E9619B8">
              <w:rPr>
                <w:sz w:val="16"/>
                <w:szCs w:val="16"/>
              </w:rPr>
              <w:t>(lesson plans &amp; work samples/assessments)</w:t>
            </w:r>
          </w:p>
          <w:p w14:paraId="11925607" w14:textId="567D4883" w:rsidR="009A095D" w:rsidRDefault="5E242CD3">
            <w:r>
              <w:t>Teachers will be able to access student data in Success Maker.</w:t>
            </w:r>
            <w:r w:rsidR="009F1A7C"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B0ECE" w14:textId="2DF7F1A6" w:rsidR="009A095D" w:rsidRDefault="009F1A7C">
            <w:r w:rsidRPr="6EA344B7">
              <w:rPr>
                <w:sz w:val="16"/>
                <w:szCs w:val="16"/>
              </w:rPr>
              <w:t>What data will be reviewed?</w:t>
            </w:r>
            <w:r>
              <w:br/>
            </w:r>
            <w:r w:rsidRPr="6EA344B7">
              <w:rPr>
                <w:sz w:val="16"/>
                <w:szCs w:val="16"/>
              </w:rPr>
              <w:t>(include body of evidence)</w:t>
            </w:r>
            <w:r>
              <w:br/>
            </w:r>
            <w:r w:rsidR="2B3A8C3C" w:rsidRPr="3B869547">
              <w:rPr>
                <w:sz w:val="16"/>
                <w:szCs w:val="16"/>
              </w:rPr>
              <w:t xml:space="preserve">Results of </w:t>
            </w:r>
            <w:r w:rsidR="2B3A8C3C" w:rsidRPr="19D5A2C5">
              <w:rPr>
                <w:sz w:val="16"/>
                <w:szCs w:val="16"/>
              </w:rPr>
              <w:t xml:space="preserve">Success </w:t>
            </w:r>
            <w:r w:rsidR="2B3A8C3C" w:rsidRPr="2C1D5E47">
              <w:rPr>
                <w:sz w:val="16"/>
                <w:szCs w:val="16"/>
              </w:rPr>
              <w:t>Maker</w:t>
            </w:r>
            <w:r w:rsidR="2B3A8C3C" w:rsidRPr="1543E7C8">
              <w:rPr>
                <w:sz w:val="16"/>
                <w:szCs w:val="16"/>
              </w:rPr>
              <w:t xml:space="preserve"> and make</w:t>
            </w:r>
            <w:r w:rsidR="2B3A8C3C" w:rsidRPr="02A090ED">
              <w:rPr>
                <w:sz w:val="16"/>
                <w:szCs w:val="16"/>
              </w:rPr>
              <w:t xml:space="preserve"> </w:t>
            </w:r>
            <w:r w:rsidR="2B3A8C3C" w:rsidRPr="4A0FE81D">
              <w:rPr>
                <w:sz w:val="16"/>
                <w:szCs w:val="16"/>
              </w:rPr>
              <w:t>determination</w:t>
            </w:r>
            <w:r w:rsidR="2B3A8C3C" w:rsidRPr="0995B692">
              <w:rPr>
                <w:sz w:val="16"/>
                <w:szCs w:val="16"/>
              </w:rPr>
              <w:t xml:space="preserve"> </w:t>
            </w:r>
            <w:r w:rsidR="2B3A8C3C" w:rsidRPr="3AC2894B">
              <w:rPr>
                <w:sz w:val="16"/>
                <w:szCs w:val="16"/>
              </w:rPr>
              <w:t xml:space="preserve">on </w:t>
            </w:r>
            <w:r w:rsidR="2B3A8C3C" w:rsidRPr="3DE42D19">
              <w:rPr>
                <w:sz w:val="16"/>
                <w:szCs w:val="16"/>
              </w:rPr>
              <w:t>which path</w:t>
            </w:r>
            <w:r w:rsidR="2B3A8C3C" w:rsidRPr="33501102">
              <w:rPr>
                <w:sz w:val="16"/>
                <w:szCs w:val="16"/>
              </w:rPr>
              <w:t xml:space="preserve"> </w:t>
            </w:r>
            <w:r w:rsidR="2B3A8C3C" w:rsidRPr="65E88DA5">
              <w:rPr>
                <w:sz w:val="16"/>
                <w:szCs w:val="16"/>
              </w:rPr>
              <w:t xml:space="preserve">student will </w:t>
            </w:r>
            <w:r w:rsidR="2B3A8C3C" w:rsidRPr="1C9F2C0E">
              <w:rPr>
                <w:sz w:val="16"/>
                <w:szCs w:val="16"/>
              </w:rPr>
              <w:t xml:space="preserve">do </w:t>
            </w:r>
            <w:r w:rsidR="2B3A8C3C" w:rsidRPr="5A530DFE">
              <w:rPr>
                <w:sz w:val="16"/>
                <w:szCs w:val="16"/>
              </w:rPr>
              <w:t>next</w:t>
            </w:r>
            <w:r>
              <w:br/>
            </w:r>
          </w:p>
        </w:tc>
      </w:tr>
      <w:tr w:rsidR="009A095D" w14:paraId="09C7598A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7574F" w14:textId="0A1BFCB7" w:rsidR="009A095D" w:rsidRDefault="009F1A7C">
            <w:r w:rsidRPr="630E0B04">
              <w:rPr>
                <w:sz w:val="16"/>
                <w:szCs w:val="16"/>
              </w:rPr>
              <w:t>When will it occur?</w:t>
            </w:r>
            <w:r>
              <w:br/>
            </w:r>
            <w:r w:rsidRPr="630E0B04">
              <w:rPr>
                <w:sz w:val="16"/>
                <w:szCs w:val="16"/>
              </w:rPr>
              <w:t>(frequency/duration/intensity)</w:t>
            </w:r>
            <w:r>
              <w:br/>
            </w:r>
            <w:r w:rsidR="2B6EFDB6" w:rsidRPr="630E0B04">
              <w:rPr>
                <w:sz w:val="16"/>
                <w:szCs w:val="16"/>
              </w:rPr>
              <w:t xml:space="preserve">60 minutes </w:t>
            </w:r>
            <w:r w:rsidR="2B6EFDB6" w:rsidRPr="39153671">
              <w:rPr>
                <w:sz w:val="16"/>
                <w:szCs w:val="16"/>
              </w:rPr>
              <w:t xml:space="preserve">weekly </w:t>
            </w:r>
            <w:r w:rsidR="2B6EFDB6" w:rsidRPr="57254E12">
              <w:rPr>
                <w:sz w:val="16"/>
                <w:szCs w:val="16"/>
              </w:rPr>
              <w:t xml:space="preserve">based on </w:t>
            </w:r>
            <w:r w:rsidR="2B6EFDB6" w:rsidRPr="4BF41795">
              <w:rPr>
                <w:sz w:val="16"/>
                <w:szCs w:val="16"/>
              </w:rPr>
              <w:t xml:space="preserve">identified student gaps. </w:t>
            </w:r>
            <w:r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D4730" w14:textId="13B1FB6D" w:rsidR="009A095D" w:rsidRDefault="009F1A7C">
            <w:r w:rsidRPr="5D2161D3">
              <w:rPr>
                <w:sz w:val="16"/>
                <w:szCs w:val="16"/>
              </w:rPr>
              <w:t>When will it occur?</w:t>
            </w:r>
            <w:r>
              <w:br/>
            </w:r>
            <w:r>
              <w:br/>
            </w:r>
            <w:r w:rsidR="13BF1666" w:rsidRPr="714A50B7">
              <w:rPr>
                <w:sz w:val="16"/>
                <w:szCs w:val="16"/>
              </w:rPr>
              <w:t xml:space="preserve">Reinforced </w:t>
            </w:r>
            <w:r w:rsidR="13BF1666" w:rsidRPr="3FB0D963">
              <w:rPr>
                <w:sz w:val="16"/>
                <w:szCs w:val="16"/>
              </w:rPr>
              <w:t xml:space="preserve">during </w:t>
            </w:r>
            <w:r w:rsidR="13BF1666" w:rsidRPr="7CD31664">
              <w:rPr>
                <w:sz w:val="16"/>
                <w:szCs w:val="16"/>
              </w:rPr>
              <w:t xml:space="preserve">Math </w:t>
            </w:r>
            <w:r w:rsidR="13BF1666" w:rsidRPr="7F983BC4">
              <w:rPr>
                <w:sz w:val="16"/>
                <w:szCs w:val="16"/>
              </w:rPr>
              <w:t>Class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E57E7" w14:textId="6249FAA2" w:rsidR="009A095D" w:rsidRDefault="009F1A7C">
            <w:r w:rsidRPr="12DDF655">
              <w:rPr>
                <w:sz w:val="16"/>
                <w:szCs w:val="16"/>
              </w:rPr>
              <w:t>How often will evidence be reviewed?</w:t>
            </w:r>
          </w:p>
          <w:p w14:paraId="3651064E" w14:textId="33E71D2A" w:rsidR="009A095D" w:rsidRDefault="1DE6B760">
            <w:r>
              <w:t>Evidence will be reviewed on a weekly basis and adjustments will be made based on student progress</w:t>
            </w:r>
            <w:r w:rsidR="009F1A7C">
              <w:br/>
            </w:r>
            <w:r w:rsidR="009F1A7C"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BC091" w14:textId="1BFF805B" w:rsidR="009A095D" w:rsidRDefault="009F1A7C">
            <w:r w:rsidRPr="29A275DA">
              <w:rPr>
                <w:sz w:val="16"/>
                <w:szCs w:val="16"/>
              </w:rPr>
              <w:t>How will success criteria be determined?</w:t>
            </w:r>
            <w:r>
              <w:br/>
            </w:r>
            <w:r w:rsidRPr="29A275DA">
              <w:rPr>
                <w:sz w:val="16"/>
                <w:szCs w:val="16"/>
              </w:rPr>
              <w:t>(using appropriate data)</w:t>
            </w:r>
            <w:r>
              <w:br/>
            </w:r>
            <w:r w:rsidR="0F8CE7A4">
              <w:t>Using data from Success Maker</w:t>
            </w:r>
            <w:r>
              <w:br/>
            </w:r>
          </w:p>
        </w:tc>
      </w:tr>
      <w:tr w:rsidR="009A095D" w14:paraId="3571A617" w14:textId="77777777"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2B4F6" w14:textId="72C7EF16" w:rsidR="009A095D" w:rsidRDefault="009F1A7C">
            <w:r w:rsidRPr="71568135">
              <w:rPr>
                <w:sz w:val="16"/>
                <w:szCs w:val="16"/>
              </w:rPr>
              <w:t>Where will it occur?</w:t>
            </w:r>
            <w:r>
              <w:br/>
            </w:r>
            <w:r w:rsidR="38D0756D" w:rsidRPr="422F9B24">
              <w:rPr>
                <w:sz w:val="16"/>
                <w:szCs w:val="16"/>
              </w:rPr>
              <w:t xml:space="preserve">Students can work on </w:t>
            </w:r>
            <w:r w:rsidR="38D0756D" w:rsidRPr="552CD1F7">
              <w:rPr>
                <w:sz w:val="16"/>
                <w:szCs w:val="16"/>
              </w:rPr>
              <w:t>learning</w:t>
            </w:r>
            <w:r w:rsidR="38D0756D" w:rsidRPr="422F9B24">
              <w:rPr>
                <w:sz w:val="16"/>
                <w:szCs w:val="16"/>
              </w:rPr>
              <w:t xml:space="preserve"> path </w:t>
            </w:r>
            <w:r w:rsidR="38D0756D" w:rsidRPr="4129F55D">
              <w:rPr>
                <w:sz w:val="16"/>
                <w:szCs w:val="16"/>
              </w:rPr>
              <w:t>independently</w:t>
            </w:r>
            <w:r w:rsidR="38D0756D" w:rsidRPr="5CF0922B">
              <w:rPr>
                <w:sz w:val="16"/>
                <w:szCs w:val="16"/>
              </w:rPr>
              <w:t xml:space="preserve"> </w:t>
            </w:r>
            <w:r w:rsidR="38D0756D" w:rsidRPr="66C1E24D">
              <w:rPr>
                <w:sz w:val="16"/>
                <w:szCs w:val="16"/>
              </w:rPr>
              <w:t xml:space="preserve">during </w:t>
            </w:r>
            <w:r w:rsidR="38D0756D" w:rsidRPr="54D4FE98">
              <w:rPr>
                <w:sz w:val="16"/>
                <w:szCs w:val="16"/>
              </w:rPr>
              <w:t>class.</w:t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DA8F0" w14:textId="3F816DD0" w:rsidR="009A095D" w:rsidRDefault="009F1A7C">
            <w:r w:rsidRPr="1375C942">
              <w:rPr>
                <w:sz w:val="16"/>
                <w:szCs w:val="16"/>
              </w:rPr>
              <w:t>Where will it occur?</w:t>
            </w:r>
          </w:p>
          <w:p w14:paraId="2BA51331" w14:textId="23BBF2A5" w:rsidR="009A095D" w:rsidRDefault="009F1A7C">
            <w:r>
              <w:br/>
            </w:r>
            <w:r w:rsidR="3C9ADEFE">
              <w:t>Regular Math Class</w:t>
            </w:r>
            <w:r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DFFC3" w14:textId="77777777" w:rsidR="009A095D" w:rsidRDefault="009F1A7C">
            <w:r>
              <w:rPr>
                <w:sz w:val="16"/>
              </w:rPr>
              <w:t>How will you address lack of fidelity?</w:t>
            </w:r>
            <w:r>
              <w:rPr>
                <w:sz w:val="16"/>
              </w:rPr>
              <w:br/>
              <w:t>(review intervention/support plan)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36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5F351" w14:textId="3AE1721E" w:rsidR="009A095D" w:rsidRDefault="009F1A7C">
            <w:r w:rsidRPr="4ED281A7">
              <w:rPr>
                <w:sz w:val="16"/>
                <w:szCs w:val="16"/>
              </w:rPr>
              <w:t>How will you respond to the outcome?</w:t>
            </w:r>
          </w:p>
          <w:p w14:paraId="3DA9C830" w14:textId="72B6A900" w:rsidR="009A095D" w:rsidRDefault="009F1A7C">
            <w:r>
              <w:br/>
            </w:r>
            <w:r w:rsidR="057EAA6A">
              <w:t>Compare results based on baseline data. Determine whether student improved</w:t>
            </w:r>
            <w:r>
              <w:br/>
            </w:r>
          </w:p>
        </w:tc>
      </w:tr>
    </w:tbl>
    <w:p w14:paraId="63FD9339" w14:textId="77777777" w:rsidR="009A095D" w:rsidRDefault="009A095D">
      <w:pPr>
        <w:spacing w:after="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9"/>
        <w:gridCol w:w="7339"/>
      </w:tblGrid>
      <w:tr w:rsidR="009A095D" w14:paraId="27152BB9" w14:textId="77777777">
        <w:tc>
          <w:tcPr>
            <w:tcW w:w="7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5EDDE" w14:textId="3370FC72" w:rsidR="009A095D" w:rsidRDefault="009F1A7C">
            <w:r w:rsidRPr="534593D6">
              <w:rPr>
                <w:b/>
                <w:bCs/>
                <w:sz w:val="17"/>
                <w:szCs w:val="17"/>
              </w:rPr>
              <w:t>Outco</w:t>
            </w:r>
            <w:r w:rsidR="5FED9B8F" w:rsidRPr="534593D6">
              <w:rPr>
                <w:b/>
                <w:bCs/>
                <w:sz w:val="17"/>
                <w:szCs w:val="17"/>
              </w:rPr>
              <w:t>me</w:t>
            </w:r>
            <w:r>
              <w:br/>
            </w:r>
            <w:r w:rsidRPr="4D71C69C">
              <w:rPr>
                <w:b/>
                <w:bCs/>
                <w:sz w:val="17"/>
                <w:szCs w:val="17"/>
              </w:rPr>
              <w:t>☐ Continue plan as designed   ☐ Continue plan with modifications   ☐ Discontinue plan</w:t>
            </w:r>
          </w:p>
        </w:tc>
        <w:tc>
          <w:tcPr>
            <w:tcW w:w="7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3104E" w14:textId="77777777" w:rsidR="009A095D" w:rsidRDefault="009F1A7C">
            <w:r>
              <w:rPr>
                <w:b/>
                <w:sz w:val="17"/>
              </w:rPr>
              <w:t>Outcome:</w:t>
            </w:r>
            <w:r>
              <w:rPr>
                <w:b/>
                <w:sz w:val="17"/>
              </w:rPr>
              <w:br/>
              <w:t>☐ Continue plan as designed   ☐ Continue plan with modifications   ☐ Discontinue plan</w:t>
            </w:r>
          </w:p>
        </w:tc>
      </w:tr>
    </w:tbl>
    <w:p w14:paraId="723B1233" w14:textId="77777777" w:rsidR="00F35CB3" w:rsidRDefault="00F35CB3"/>
    <w:sectPr w:rsidR="00F35CB3" w:rsidSect="00034616">
      <w:footerReference w:type="default" r:id="rId11"/>
      <w:pgSz w:w="15840" w:h="12240" w:orient="landscape"/>
      <w:pgMar w:top="504" w:right="576" w:bottom="504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43F5E" w14:textId="77777777" w:rsidR="00BC23B2" w:rsidRDefault="00BC23B2">
      <w:pPr>
        <w:spacing w:after="0" w:line="240" w:lineRule="auto"/>
      </w:pPr>
      <w:r>
        <w:separator/>
      </w:r>
    </w:p>
  </w:endnote>
  <w:endnote w:type="continuationSeparator" w:id="0">
    <w:p w14:paraId="69D8A302" w14:textId="77777777" w:rsidR="00BC23B2" w:rsidRDefault="00BC2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A826" w14:textId="77777777" w:rsidR="009A095D" w:rsidRDefault="009F1A7C">
    <w:pPr>
      <w:pStyle w:val="Footer"/>
      <w:jc w:val="right"/>
    </w:pPr>
    <w:r>
      <w:rPr>
        <w:sz w:val="14"/>
      </w:rPr>
      <w:t>MTSSSPSP - Editable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4ABF" w14:textId="77777777" w:rsidR="00BC23B2" w:rsidRDefault="00BC23B2">
      <w:pPr>
        <w:spacing w:after="0" w:line="240" w:lineRule="auto"/>
      </w:pPr>
      <w:r>
        <w:separator/>
      </w:r>
    </w:p>
  </w:footnote>
  <w:footnote w:type="continuationSeparator" w:id="0">
    <w:p w14:paraId="1E52B1C3" w14:textId="77777777" w:rsidR="00BC23B2" w:rsidRDefault="00BC2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9826148">
    <w:abstractNumId w:val="3"/>
  </w:num>
  <w:num w:numId="2" w16cid:durableId="1361972659">
    <w:abstractNumId w:val="7"/>
  </w:num>
  <w:num w:numId="3" w16cid:durableId="1427388539">
    <w:abstractNumId w:val="8"/>
  </w:num>
  <w:num w:numId="4" w16cid:durableId="1740206353">
    <w:abstractNumId w:val="0"/>
  </w:num>
  <w:num w:numId="5" w16cid:durableId="1828864948">
    <w:abstractNumId w:val="1"/>
  </w:num>
  <w:num w:numId="6" w16cid:durableId="1943567887">
    <w:abstractNumId w:val="4"/>
  </w:num>
  <w:num w:numId="7" w16cid:durableId="458185136">
    <w:abstractNumId w:val="6"/>
  </w:num>
  <w:num w:numId="8" w16cid:durableId="589433533">
    <w:abstractNumId w:val="2"/>
  </w:num>
  <w:num w:numId="9" w16cid:durableId="61488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34"/>
    <w:rsid w:val="00007AB7"/>
    <w:rsid w:val="00015AC5"/>
    <w:rsid w:val="0001E376"/>
    <w:rsid w:val="00020EAE"/>
    <w:rsid w:val="00023386"/>
    <w:rsid w:val="000317F1"/>
    <w:rsid w:val="00032E6B"/>
    <w:rsid w:val="00034616"/>
    <w:rsid w:val="00034B95"/>
    <w:rsid w:val="00035392"/>
    <w:rsid w:val="000376E9"/>
    <w:rsid w:val="00037884"/>
    <w:rsid w:val="00041E7A"/>
    <w:rsid w:val="00043B8F"/>
    <w:rsid w:val="00057816"/>
    <w:rsid w:val="0006063C"/>
    <w:rsid w:val="0006105B"/>
    <w:rsid w:val="000632FC"/>
    <w:rsid w:val="000649C4"/>
    <w:rsid w:val="00066340"/>
    <w:rsid w:val="00066A84"/>
    <w:rsid w:val="00075F39"/>
    <w:rsid w:val="00076CE7"/>
    <w:rsid w:val="00081E8B"/>
    <w:rsid w:val="0008354B"/>
    <w:rsid w:val="000855D1"/>
    <w:rsid w:val="00085771"/>
    <w:rsid w:val="00090E85"/>
    <w:rsid w:val="000931A2"/>
    <w:rsid w:val="00095E1A"/>
    <w:rsid w:val="00095F12"/>
    <w:rsid w:val="00096384"/>
    <w:rsid w:val="000A134D"/>
    <w:rsid w:val="000A50FE"/>
    <w:rsid w:val="000B13F5"/>
    <w:rsid w:val="000B1A2D"/>
    <w:rsid w:val="000B5AD1"/>
    <w:rsid w:val="000B6518"/>
    <w:rsid w:val="000C1087"/>
    <w:rsid w:val="000C148F"/>
    <w:rsid w:val="000C2839"/>
    <w:rsid w:val="000C494F"/>
    <w:rsid w:val="000C52AA"/>
    <w:rsid w:val="000C68A1"/>
    <w:rsid w:val="000C6A1E"/>
    <w:rsid w:val="000D51F4"/>
    <w:rsid w:val="000D6875"/>
    <w:rsid w:val="000D6A29"/>
    <w:rsid w:val="000E039E"/>
    <w:rsid w:val="000E03A6"/>
    <w:rsid w:val="000E0F8A"/>
    <w:rsid w:val="000E380D"/>
    <w:rsid w:val="000E4409"/>
    <w:rsid w:val="000E7750"/>
    <w:rsid w:val="000F20D2"/>
    <w:rsid w:val="000F231E"/>
    <w:rsid w:val="000F5030"/>
    <w:rsid w:val="000F5254"/>
    <w:rsid w:val="000F6258"/>
    <w:rsid w:val="00103F85"/>
    <w:rsid w:val="00106A8D"/>
    <w:rsid w:val="00107FBA"/>
    <w:rsid w:val="001105D4"/>
    <w:rsid w:val="00110DFB"/>
    <w:rsid w:val="00114002"/>
    <w:rsid w:val="00114C3F"/>
    <w:rsid w:val="001164AF"/>
    <w:rsid w:val="00116685"/>
    <w:rsid w:val="00122E9B"/>
    <w:rsid w:val="00135F33"/>
    <w:rsid w:val="00136CBA"/>
    <w:rsid w:val="00141017"/>
    <w:rsid w:val="00141B43"/>
    <w:rsid w:val="0014210C"/>
    <w:rsid w:val="001421E3"/>
    <w:rsid w:val="0015074B"/>
    <w:rsid w:val="00150907"/>
    <w:rsid w:val="00150D5E"/>
    <w:rsid w:val="00157DA5"/>
    <w:rsid w:val="001600A8"/>
    <w:rsid w:val="001653D0"/>
    <w:rsid w:val="00166038"/>
    <w:rsid w:val="00166EE0"/>
    <w:rsid w:val="0017134E"/>
    <w:rsid w:val="0017308F"/>
    <w:rsid w:val="00174596"/>
    <w:rsid w:val="00176292"/>
    <w:rsid w:val="00183112"/>
    <w:rsid w:val="00185805"/>
    <w:rsid w:val="001928D0"/>
    <w:rsid w:val="001936FD"/>
    <w:rsid w:val="0019698C"/>
    <w:rsid w:val="00196BC3"/>
    <w:rsid w:val="0019795B"/>
    <w:rsid w:val="001A3765"/>
    <w:rsid w:val="001A49B7"/>
    <w:rsid w:val="001A5318"/>
    <w:rsid w:val="001A5F8B"/>
    <w:rsid w:val="001A7055"/>
    <w:rsid w:val="001B1F73"/>
    <w:rsid w:val="001B3B13"/>
    <w:rsid w:val="001B6B84"/>
    <w:rsid w:val="001C13EE"/>
    <w:rsid w:val="001C221A"/>
    <w:rsid w:val="001C32A5"/>
    <w:rsid w:val="001C3C80"/>
    <w:rsid w:val="001C6683"/>
    <w:rsid w:val="001C76F3"/>
    <w:rsid w:val="001D4033"/>
    <w:rsid w:val="001D4B31"/>
    <w:rsid w:val="001E0032"/>
    <w:rsid w:val="001E0EAD"/>
    <w:rsid w:val="001E536E"/>
    <w:rsid w:val="001F0426"/>
    <w:rsid w:val="001F0C52"/>
    <w:rsid w:val="001F1BD4"/>
    <w:rsid w:val="001F41CE"/>
    <w:rsid w:val="001F4DCE"/>
    <w:rsid w:val="001F71DE"/>
    <w:rsid w:val="00213FDB"/>
    <w:rsid w:val="002174B1"/>
    <w:rsid w:val="00222138"/>
    <w:rsid w:val="00222C83"/>
    <w:rsid w:val="00223EA8"/>
    <w:rsid w:val="002261D8"/>
    <w:rsid w:val="00230CE2"/>
    <w:rsid w:val="00231E65"/>
    <w:rsid w:val="002340FE"/>
    <w:rsid w:val="002342C3"/>
    <w:rsid w:val="00236DFB"/>
    <w:rsid w:val="002410F8"/>
    <w:rsid w:val="00243F99"/>
    <w:rsid w:val="00245A8F"/>
    <w:rsid w:val="00246868"/>
    <w:rsid w:val="00246E3A"/>
    <w:rsid w:val="00250BF2"/>
    <w:rsid w:val="002554BE"/>
    <w:rsid w:val="00255B0F"/>
    <w:rsid w:val="00257D2E"/>
    <w:rsid w:val="00257DEC"/>
    <w:rsid w:val="00263B75"/>
    <w:rsid w:val="002647DE"/>
    <w:rsid w:val="002675A3"/>
    <w:rsid w:val="00270574"/>
    <w:rsid w:val="002763CB"/>
    <w:rsid w:val="00277BE4"/>
    <w:rsid w:val="00285791"/>
    <w:rsid w:val="00293EB6"/>
    <w:rsid w:val="0029639D"/>
    <w:rsid w:val="00297E19"/>
    <w:rsid w:val="002A1855"/>
    <w:rsid w:val="002A4A2F"/>
    <w:rsid w:val="002A6BE8"/>
    <w:rsid w:val="002B2C31"/>
    <w:rsid w:val="002B4409"/>
    <w:rsid w:val="002B6C30"/>
    <w:rsid w:val="002C4A57"/>
    <w:rsid w:val="002C53A5"/>
    <w:rsid w:val="002D1CF7"/>
    <w:rsid w:val="002D5C0D"/>
    <w:rsid w:val="002D5CC8"/>
    <w:rsid w:val="002D7162"/>
    <w:rsid w:val="002E7740"/>
    <w:rsid w:val="002F57F8"/>
    <w:rsid w:val="002F6EF9"/>
    <w:rsid w:val="002F7B5F"/>
    <w:rsid w:val="0030231E"/>
    <w:rsid w:val="003036FD"/>
    <w:rsid w:val="00305E8C"/>
    <w:rsid w:val="003120FF"/>
    <w:rsid w:val="003127A1"/>
    <w:rsid w:val="003142A1"/>
    <w:rsid w:val="00325D0F"/>
    <w:rsid w:val="00326F90"/>
    <w:rsid w:val="003275B9"/>
    <w:rsid w:val="00333B26"/>
    <w:rsid w:val="00333B50"/>
    <w:rsid w:val="003351D3"/>
    <w:rsid w:val="00336C20"/>
    <w:rsid w:val="003376C5"/>
    <w:rsid w:val="003405FB"/>
    <w:rsid w:val="003442BD"/>
    <w:rsid w:val="0034606D"/>
    <w:rsid w:val="00354643"/>
    <w:rsid w:val="00360B0D"/>
    <w:rsid w:val="00361807"/>
    <w:rsid w:val="00362ED7"/>
    <w:rsid w:val="0036592A"/>
    <w:rsid w:val="00366158"/>
    <w:rsid w:val="00367278"/>
    <w:rsid w:val="003714A4"/>
    <w:rsid w:val="003755B2"/>
    <w:rsid w:val="003769A6"/>
    <w:rsid w:val="00387F91"/>
    <w:rsid w:val="003A169A"/>
    <w:rsid w:val="003A4539"/>
    <w:rsid w:val="003B4A46"/>
    <w:rsid w:val="003C2C88"/>
    <w:rsid w:val="003C4365"/>
    <w:rsid w:val="003C626C"/>
    <w:rsid w:val="003D7585"/>
    <w:rsid w:val="003E167E"/>
    <w:rsid w:val="003E4634"/>
    <w:rsid w:val="003F4053"/>
    <w:rsid w:val="003F4C71"/>
    <w:rsid w:val="003F5549"/>
    <w:rsid w:val="003F5D99"/>
    <w:rsid w:val="0040140B"/>
    <w:rsid w:val="00403B35"/>
    <w:rsid w:val="004063E1"/>
    <w:rsid w:val="004178D4"/>
    <w:rsid w:val="00425FD9"/>
    <w:rsid w:val="00431429"/>
    <w:rsid w:val="0043278C"/>
    <w:rsid w:val="00433A81"/>
    <w:rsid w:val="00436E0E"/>
    <w:rsid w:val="004401D4"/>
    <w:rsid w:val="004409B8"/>
    <w:rsid w:val="004439E8"/>
    <w:rsid w:val="00444D7A"/>
    <w:rsid w:val="0044631C"/>
    <w:rsid w:val="00446496"/>
    <w:rsid w:val="0044738E"/>
    <w:rsid w:val="00455ACB"/>
    <w:rsid w:val="0046059A"/>
    <w:rsid w:val="00467654"/>
    <w:rsid w:val="00470000"/>
    <w:rsid w:val="00470A38"/>
    <w:rsid w:val="00470BFD"/>
    <w:rsid w:val="004713BD"/>
    <w:rsid w:val="00471DE7"/>
    <w:rsid w:val="00481233"/>
    <w:rsid w:val="00481B72"/>
    <w:rsid w:val="0048305D"/>
    <w:rsid w:val="00483CE9"/>
    <w:rsid w:val="00485DD6"/>
    <w:rsid w:val="004900D7"/>
    <w:rsid w:val="0049715C"/>
    <w:rsid w:val="004A03E7"/>
    <w:rsid w:val="004A2E02"/>
    <w:rsid w:val="004A48FD"/>
    <w:rsid w:val="004A7C39"/>
    <w:rsid w:val="004B3E44"/>
    <w:rsid w:val="004C1DA1"/>
    <w:rsid w:val="004C25C7"/>
    <w:rsid w:val="004C365F"/>
    <w:rsid w:val="004C4031"/>
    <w:rsid w:val="004D33F8"/>
    <w:rsid w:val="004E69E5"/>
    <w:rsid w:val="004F1453"/>
    <w:rsid w:val="004F223C"/>
    <w:rsid w:val="004F6D5B"/>
    <w:rsid w:val="004F7D7E"/>
    <w:rsid w:val="00514B42"/>
    <w:rsid w:val="00516CF9"/>
    <w:rsid w:val="00523300"/>
    <w:rsid w:val="005272F3"/>
    <w:rsid w:val="00531876"/>
    <w:rsid w:val="00531F98"/>
    <w:rsid w:val="00535EC2"/>
    <w:rsid w:val="0053664A"/>
    <w:rsid w:val="0054318D"/>
    <w:rsid w:val="005442FC"/>
    <w:rsid w:val="005444D9"/>
    <w:rsid w:val="00546993"/>
    <w:rsid w:val="00552DC8"/>
    <w:rsid w:val="00552F9E"/>
    <w:rsid w:val="00576352"/>
    <w:rsid w:val="00580C4E"/>
    <w:rsid w:val="00581766"/>
    <w:rsid w:val="005847E1"/>
    <w:rsid w:val="0058698D"/>
    <w:rsid w:val="00586B29"/>
    <w:rsid w:val="005939F8"/>
    <w:rsid w:val="005A3977"/>
    <w:rsid w:val="005A62C9"/>
    <w:rsid w:val="005A6705"/>
    <w:rsid w:val="005B573B"/>
    <w:rsid w:val="005B70A7"/>
    <w:rsid w:val="005D23E7"/>
    <w:rsid w:val="005D2D7C"/>
    <w:rsid w:val="005D3509"/>
    <w:rsid w:val="005D59BC"/>
    <w:rsid w:val="005D768B"/>
    <w:rsid w:val="005E1120"/>
    <w:rsid w:val="005E4440"/>
    <w:rsid w:val="005E508A"/>
    <w:rsid w:val="005E5EDF"/>
    <w:rsid w:val="005E7D10"/>
    <w:rsid w:val="005F1986"/>
    <w:rsid w:val="005F4948"/>
    <w:rsid w:val="005F661F"/>
    <w:rsid w:val="006053CF"/>
    <w:rsid w:val="006062E0"/>
    <w:rsid w:val="00610405"/>
    <w:rsid w:val="00610C03"/>
    <w:rsid w:val="00611441"/>
    <w:rsid w:val="006114EB"/>
    <w:rsid w:val="00612735"/>
    <w:rsid w:val="00612ECF"/>
    <w:rsid w:val="00616541"/>
    <w:rsid w:val="0062621A"/>
    <w:rsid w:val="0063402B"/>
    <w:rsid w:val="00635335"/>
    <w:rsid w:val="00635CE3"/>
    <w:rsid w:val="00637317"/>
    <w:rsid w:val="00650292"/>
    <w:rsid w:val="006530A0"/>
    <w:rsid w:val="00656C44"/>
    <w:rsid w:val="00665C06"/>
    <w:rsid w:val="0067127C"/>
    <w:rsid w:val="006716D8"/>
    <w:rsid w:val="00671A1D"/>
    <w:rsid w:val="00671D6C"/>
    <w:rsid w:val="00673870"/>
    <w:rsid w:val="00673A9D"/>
    <w:rsid w:val="0067593C"/>
    <w:rsid w:val="00676F81"/>
    <w:rsid w:val="00687218"/>
    <w:rsid w:val="00692EAC"/>
    <w:rsid w:val="00693463"/>
    <w:rsid w:val="006952CF"/>
    <w:rsid w:val="006959B3"/>
    <w:rsid w:val="006A2121"/>
    <w:rsid w:val="006A2281"/>
    <w:rsid w:val="006B2090"/>
    <w:rsid w:val="006B4722"/>
    <w:rsid w:val="006B55DA"/>
    <w:rsid w:val="006C3EAB"/>
    <w:rsid w:val="006D0BDE"/>
    <w:rsid w:val="006D115E"/>
    <w:rsid w:val="006D227E"/>
    <w:rsid w:val="006D50B7"/>
    <w:rsid w:val="006D5DA3"/>
    <w:rsid w:val="006E3701"/>
    <w:rsid w:val="006E501B"/>
    <w:rsid w:val="006E6780"/>
    <w:rsid w:val="006F07B0"/>
    <w:rsid w:val="006F2C24"/>
    <w:rsid w:val="006F7634"/>
    <w:rsid w:val="00700012"/>
    <w:rsid w:val="007057C9"/>
    <w:rsid w:val="007072C7"/>
    <w:rsid w:val="00707805"/>
    <w:rsid w:val="007121E5"/>
    <w:rsid w:val="0071554D"/>
    <w:rsid w:val="00716AE4"/>
    <w:rsid w:val="00717385"/>
    <w:rsid w:val="007220EB"/>
    <w:rsid w:val="00732139"/>
    <w:rsid w:val="00736C2D"/>
    <w:rsid w:val="00740687"/>
    <w:rsid w:val="00742162"/>
    <w:rsid w:val="00754B41"/>
    <w:rsid w:val="00762AB2"/>
    <w:rsid w:val="00767BE0"/>
    <w:rsid w:val="0077076F"/>
    <w:rsid w:val="007717A1"/>
    <w:rsid w:val="00777B36"/>
    <w:rsid w:val="007818CD"/>
    <w:rsid w:val="00781EB0"/>
    <w:rsid w:val="0078324E"/>
    <w:rsid w:val="00783A55"/>
    <w:rsid w:val="00784B6C"/>
    <w:rsid w:val="00786F56"/>
    <w:rsid w:val="007943A8"/>
    <w:rsid w:val="00795A59"/>
    <w:rsid w:val="00797CD8"/>
    <w:rsid w:val="007A3A96"/>
    <w:rsid w:val="007A3BC9"/>
    <w:rsid w:val="007A6B77"/>
    <w:rsid w:val="007A6E0C"/>
    <w:rsid w:val="007B2D88"/>
    <w:rsid w:val="007B6028"/>
    <w:rsid w:val="007B7EB4"/>
    <w:rsid w:val="007C55C1"/>
    <w:rsid w:val="007C74CA"/>
    <w:rsid w:val="007D4194"/>
    <w:rsid w:val="007D6219"/>
    <w:rsid w:val="007D6EE2"/>
    <w:rsid w:val="007E11A8"/>
    <w:rsid w:val="007E1C90"/>
    <w:rsid w:val="007F15A0"/>
    <w:rsid w:val="008119F4"/>
    <w:rsid w:val="00821441"/>
    <w:rsid w:val="008231B3"/>
    <w:rsid w:val="00826040"/>
    <w:rsid w:val="008274FC"/>
    <w:rsid w:val="00834B81"/>
    <w:rsid w:val="00841DC1"/>
    <w:rsid w:val="008430EC"/>
    <w:rsid w:val="00844F10"/>
    <w:rsid w:val="0084596E"/>
    <w:rsid w:val="00845A0F"/>
    <w:rsid w:val="00846970"/>
    <w:rsid w:val="0084748F"/>
    <w:rsid w:val="0085525B"/>
    <w:rsid w:val="00857E20"/>
    <w:rsid w:val="0086034B"/>
    <w:rsid w:val="00875002"/>
    <w:rsid w:val="00875E10"/>
    <w:rsid w:val="00877589"/>
    <w:rsid w:val="00880658"/>
    <w:rsid w:val="00880C1F"/>
    <w:rsid w:val="0088550F"/>
    <w:rsid w:val="008857FF"/>
    <w:rsid w:val="00891C1A"/>
    <w:rsid w:val="0089605D"/>
    <w:rsid w:val="0089675A"/>
    <w:rsid w:val="008A00C4"/>
    <w:rsid w:val="008A1B50"/>
    <w:rsid w:val="008A387A"/>
    <w:rsid w:val="008A43C8"/>
    <w:rsid w:val="008A4E8E"/>
    <w:rsid w:val="008B0232"/>
    <w:rsid w:val="008B0281"/>
    <w:rsid w:val="008B12B8"/>
    <w:rsid w:val="008B1469"/>
    <w:rsid w:val="008B69DF"/>
    <w:rsid w:val="008C2285"/>
    <w:rsid w:val="008C369E"/>
    <w:rsid w:val="008D0F7C"/>
    <w:rsid w:val="008D5168"/>
    <w:rsid w:val="008D559F"/>
    <w:rsid w:val="008D7774"/>
    <w:rsid w:val="008D7C22"/>
    <w:rsid w:val="008D7D03"/>
    <w:rsid w:val="008E7FA4"/>
    <w:rsid w:val="008F0A1E"/>
    <w:rsid w:val="008F59D4"/>
    <w:rsid w:val="008F67A8"/>
    <w:rsid w:val="009000C2"/>
    <w:rsid w:val="00903704"/>
    <w:rsid w:val="00906C78"/>
    <w:rsid w:val="00907B39"/>
    <w:rsid w:val="00910E7E"/>
    <w:rsid w:val="00912389"/>
    <w:rsid w:val="00914798"/>
    <w:rsid w:val="00914F67"/>
    <w:rsid w:val="00916C98"/>
    <w:rsid w:val="00921D7B"/>
    <w:rsid w:val="00923FEB"/>
    <w:rsid w:val="00926910"/>
    <w:rsid w:val="009331A4"/>
    <w:rsid w:val="0093453C"/>
    <w:rsid w:val="009350C9"/>
    <w:rsid w:val="009375C7"/>
    <w:rsid w:val="009416FE"/>
    <w:rsid w:val="009440C5"/>
    <w:rsid w:val="0094673E"/>
    <w:rsid w:val="00951600"/>
    <w:rsid w:val="00954804"/>
    <w:rsid w:val="00955F8B"/>
    <w:rsid w:val="00956720"/>
    <w:rsid w:val="00970E9A"/>
    <w:rsid w:val="00976092"/>
    <w:rsid w:val="009809CE"/>
    <w:rsid w:val="009820E1"/>
    <w:rsid w:val="00982437"/>
    <w:rsid w:val="0098386E"/>
    <w:rsid w:val="00990D16"/>
    <w:rsid w:val="00991BDD"/>
    <w:rsid w:val="00992F7D"/>
    <w:rsid w:val="00996228"/>
    <w:rsid w:val="009A095D"/>
    <w:rsid w:val="009A1273"/>
    <w:rsid w:val="009A30DE"/>
    <w:rsid w:val="009A52CA"/>
    <w:rsid w:val="009B42EE"/>
    <w:rsid w:val="009B4EB6"/>
    <w:rsid w:val="009B53D1"/>
    <w:rsid w:val="009C1125"/>
    <w:rsid w:val="009C411D"/>
    <w:rsid w:val="009C59F6"/>
    <w:rsid w:val="009D0E62"/>
    <w:rsid w:val="009D5FF4"/>
    <w:rsid w:val="009E6C76"/>
    <w:rsid w:val="009E6D47"/>
    <w:rsid w:val="009F0ADE"/>
    <w:rsid w:val="009F1A7C"/>
    <w:rsid w:val="00A00247"/>
    <w:rsid w:val="00A0641A"/>
    <w:rsid w:val="00A14FD5"/>
    <w:rsid w:val="00A2223D"/>
    <w:rsid w:val="00A248B5"/>
    <w:rsid w:val="00A34C38"/>
    <w:rsid w:val="00A357F2"/>
    <w:rsid w:val="00A36CC8"/>
    <w:rsid w:val="00A3B490"/>
    <w:rsid w:val="00A43FCB"/>
    <w:rsid w:val="00A45106"/>
    <w:rsid w:val="00A53D43"/>
    <w:rsid w:val="00A54B45"/>
    <w:rsid w:val="00A57D12"/>
    <w:rsid w:val="00A6334F"/>
    <w:rsid w:val="00A63725"/>
    <w:rsid w:val="00A657F2"/>
    <w:rsid w:val="00A66736"/>
    <w:rsid w:val="00A71F8B"/>
    <w:rsid w:val="00A73B04"/>
    <w:rsid w:val="00A77A19"/>
    <w:rsid w:val="00A80CDE"/>
    <w:rsid w:val="00A8515B"/>
    <w:rsid w:val="00A86875"/>
    <w:rsid w:val="00A871AE"/>
    <w:rsid w:val="00A8735D"/>
    <w:rsid w:val="00A90632"/>
    <w:rsid w:val="00A9479C"/>
    <w:rsid w:val="00A966F8"/>
    <w:rsid w:val="00AA1D8D"/>
    <w:rsid w:val="00AA1F09"/>
    <w:rsid w:val="00AB637C"/>
    <w:rsid w:val="00AB6B6C"/>
    <w:rsid w:val="00AC23A1"/>
    <w:rsid w:val="00AC6B74"/>
    <w:rsid w:val="00AC721E"/>
    <w:rsid w:val="00AD72B1"/>
    <w:rsid w:val="00AE0590"/>
    <w:rsid w:val="00AE1469"/>
    <w:rsid w:val="00AE389C"/>
    <w:rsid w:val="00AE6A65"/>
    <w:rsid w:val="00AE794D"/>
    <w:rsid w:val="00AF211E"/>
    <w:rsid w:val="00AF79BC"/>
    <w:rsid w:val="00B00A7D"/>
    <w:rsid w:val="00B01E14"/>
    <w:rsid w:val="00B03490"/>
    <w:rsid w:val="00B06036"/>
    <w:rsid w:val="00B1106F"/>
    <w:rsid w:val="00B11CB2"/>
    <w:rsid w:val="00B1357B"/>
    <w:rsid w:val="00B16F17"/>
    <w:rsid w:val="00B17548"/>
    <w:rsid w:val="00B20BC5"/>
    <w:rsid w:val="00B210A2"/>
    <w:rsid w:val="00B215E1"/>
    <w:rsid w:val="00B2570F"/>
    <w:rsid w:val="00B26880"/>
    <w:rsid w:val="00B26EF8"/>
    <w:rsid w:val="00B3399E"/>
    <w:rsid w:val="00B34EEA"/>
    <w:rsid w:val="00B364C6"/>
    <w:rsid w:val="00B44A52"/>
    <w:rsid w:val="00B46F56"/>
    <w:rsid w:val="00B47730"/>
    <w:rsid w:val="00B53979"/>
    <w:rsid w:val="00B539AC"/>
    <w:rsid w:val="00B56FB4"/>
    <w:rsid w:val="00B66165"/>
    <w:rsid w:val="00B662D0"/>
    <w:rsid w:val="00B67F5E"/>
    <w:rsid w:val="00B722C0"/>
    <w:rsid w:val="00B72368"/>
    <w:rsid w:val="00B726E5"/>
    <w:rsid w:val="00B75EEB"/>
    <w:rsid w:val="00B81521"/>
    <w:rsid w:val="00B822AE"/>
    <w:rsid w:val="00B8478B"/>
    <w:rsid w:val="00B86C4B"/>
    <w:rsid w:val="00B870AA"/>
    <w:rsid w:val="00B9289D"/>
    <w:rsid w:val="00BA019F"/>
    <w:rsid w:val="00BA0950"/>
    <w:rsid w:val="00BA29CA"/>
    <w:rsid w:val="00BA52CA"/>
    <w:rsid w:val="00BA7E16"/>
    <w:rsid w:val="00BB301D"/>
    <w:rsid w:val="00BB377C"/>
    <w:rsid w:val="00BB51EB"/>
    <w:rsid w:val="00BB6B5F"/>
    <w:rsid w:val="00BB7D4A"/>
    <w:rsid w:val="00BC23B2"/>
    <w:rsid w:val="00BC62B8"/>
    <w:rsid w:val="00BE0E2D"/>
    <w:rsid w:val="00BE0E8B"/>
    <w:rsid w:val="00BE0FF0"/>
    <w:rsid w:val="00BE2408"/>
    <w:rsid w:val="00BE40C8"/>
    <w:rsid w:val="00BE7A0A"/>
    <w:rsid w:val="00BF438A"/>
    <w:rsid w:val="00BF531C"/>
    <w:rsid w:val="00BF5749"/>
    <w:rsid w:val="00BF5BCC"/>
    <w:rsid w:val="00C00C4F"/>
    <w:rsid w:val="00C02983"/>
    <w:rsid w:val="00C03A5B"/>
    <w:rsid w:val="00C043C6"/>
    <w:rsid w:val="00C04E0A"/>
    <w:rsid w:val="00C0764B"/>
    <w:rsid w:val="00C10774"/>
    <w:rsid w:val="00C11B0C"/>
    <w:rsid w:val="00C12D2B"/>
    <w:rsid w:val="00C15444"/>
    <w:rsid w:val="00C21C63"/>
    <w:rsid w:val="00C23683"/>
    <w:rsid w:val="00C247A2"/>
    <w:rsid w:val="00C26DAD"/>
    <w:rsid w:val="00C302F7"/>
    <w:rsid w:val="00C327C8"/>
    <w:rsid w:val="00C35C36"/>
    <w:rsid w:val="00C429E1"/>
    <w:rsid w:val="00C47D07"/>
    <w:rsid w:val="00C5130E"/>
    <w:rsid w:val="00C51F03"/>
    <w:rsid w:val="00C61A15"/>
    <w:rsid w:val="00C64605"/>
    <w:rsid w:val="00C65708"/>
    <w:rsid w:val="00C73A90"/>
    <w:rsid w:val="00C74F47"/>
    <w:rsid w:val="00C75B08"/>
    <w:rsid w:val="00C75C77"/>
    <w:rsid w:val="00C76717"/>
    <w:rsid w:val="00C92408"/>
    <w:rsid w:val="00C93F23"/>
    <w:rsid w:val="00C9596A"/>
    <w:rsid w:val="00C96B71"/>
    <w:rsid w:val="00CA12F5"/>
    <w:rsid w:val="00CA2266"/>
    <w:rsid w:val="00CA3B43"/>
    <w:rsid w:val="00CA3FE3"/>
    <w:rsid w:val="00CB0664"/>
    <w:rsid w:val="00CC7022"/>
    <w:rsid w:val="00CD5AA9"/>
    <w:rsid w:val="00CD5E8B"/>
    <w:rsid w:val="00CD5F76"/>
    <w:rsid w:val="00CD7294"/>
    <w:rsid w:val="00CE09E1"/>
    <w:rsid w:val="00CE3CCD"/>
    <w:rsid w:val="00CE481A"/>
    <w:rsid w:val="00CE59CE"/>
    <w:rsid w:val="00CE59F4"/>
    <w:rsid w:val="00CE7172"/>
    <w:rsid w:val="00CF2096"/>
    <w:rsid w:val="00CF22DF"/>
    <w:rsid w:val="00CF51BE"/>
    <w:rsid w:val="00CF6E94"/>
    <w:rsid w:val="00D035EA"/>
    <w:rsid w:val="00D054EE"/>
    <w:rsid w:val="00D06C81"/>
    <w:rsid w:val="00D10B8D"/>
    <w:rsid w:val="00D10DAC"/>
    <w:rsid w:val="00D210D6"/>
    <w:rsid w:val="00D25970"/>
    <w:rsid w:val="00D25B67"/>
    <w:rsid w:val="00D30313"/>
    <w:rsid w:val="00D3204E"/>
    <w:rsid w:val="00D34590"/>
    <w:rsid w:val="00D37E8C"/>
    <w:rsid w:val="00D40A70"/>
    <w:rsid w:val="00D40FDD"/>
    <w:rsid w:val="00D47BA3"/>
    <w:rsid w:val="00D54D41"/>
    <w:rsid w:val="00D56C03"/>
    <w:rsid w:val="00D60E6E"/>
    <w:rsid w:val="00D62499"/>
    <w:rsid w:val="00D6423F"/>
    <w:rsid w:val="00D64CAC"/>
    <w:rsid w:val="00D65A80"/>
    <w:rsid w:val="00D70147"/>
    <w:rsid w:val="00D721CF"/>
    <w:rsid w:val="00D725FC"/>
    <w:rsid w:val="00D7542C"/>
    <w:rsid w:val="00D765B6"/>
    <w:rsid w:val="00D803A7"/>
    <w:rsid w:val="00D878F1"/>
    <w:rsid w:val="00D94DAD"/>
    <w:rsid w:val="00D95CCF"/>
    <w:rsid w:val="00DA00E9"/>
    <w:rsid w:val="00DB7D0A"/>
    <w:rsid w:val="00DC4669"/>
    <w:rsid w:val="00DC54A6"/>
    <w:rsid w:val="00DC5D2B"/>
    <w:rsid w:val="00DD00E5"/>
    <w:rsid w:val="00DD3227"/>
    <w:rsid w:val="00DD36B2"/>
    <w:rsid w:val="00DE0444"/>
    <w:rsid w:val="00DE0652"/>
    <w:rsid w:val="00DE10BC"/>
    <w:rsid w:val="00E01CC6"/>
    <w:rsid w:val="00E04139"/>
    <w:rsid w:val="00E11CA6"/>
    <w:rsid w:val="00E169AD"/>
    <w:rsid w:val="00E202AD"/>
    <w:rsid w:val="00E204E5"/>
    <w:rsid w:val="00E20676"/>
    <w:rsid w:val="00E213A1"/>
    <w:rsid w:val="00E31B29"/>
    <w:rsid w:val="00E33486"/>
    <w:rsid w:val="00E33A9B"/>
    <w:rsid w:val="00E33CE8"/>
    <w:rsid w:val="00E434BB"/>
    <w:rsid w:val="00E46CAB"/>
    <w:rsid w:val="00E51206"/>
    <w:rsid w:val="00E569F8"/>
    <w:rsid w:val="00E61865"/>
    <w:rsid w:val="00E65363"/>
    <w:rsid w:val="00E658B1"/>
    <w:rsid w:val="00E67D18"/>
    <w:rsid w:val="00E720FE"/>
    <w:rsid w:val="00E75DF6"/>
    <w:rsid w:val="00E80476"/>
    <w:rsid w:val="00E8235A"/>
    <w:rsid w:val="00E8617D"/>
    <w:rsid w:val="00E87BDD"/>
    <w:rsid w:val="00E93022"/>
    <w:rsid w:val="00E95A1A"/>
    <w:rsid w:val="00E97231"/>
    <w:rsid w:val="00EA3EC7"/>
    <w:rsid w:val="00EA50E1"/>
    <w:rsid w:val="00EA6139"/>
    <w:rsid w:val="00EB7D2F"/>
    <w:rsid w:val="00EC0D35"/>
    <w:rsid w:val="00EC12F8"/>
    <w:rsid w:val="00EC277F"/>
    <w:rsid w:val="00EC4AF8"/>
    <w:rsid w:val="00ED4265"/>
    <w:rsid w:val="00ED502F"/>
    <w:rsid w:val="00F02D0C"/>
    <w:rsid w:val="00F05EE9"/>
    <w:rsid w:val="00F10D9A"/>
    <w:rsid w:val="00F11B3A"/>
    <w:rsid w:val="00F121D2"/>
    <w:rsid w:val="00F1303D"/>
    <w:rsid w:val="00F16C51"/>
    <w:rsid w:val="00F17D50"/>
    <w:rsid w:val="00F205D0"/>
    <w:rsid w:val="00F208B6"/>
    <w:rsid w:val="00F21F57"/>
    <w:rsid w:val="00F277FC"/>
    <w:rsid w:val="00F3257A"/>
    <w:rsid w:val="00F32E17"/>
    <w:rsid w:val="00F35CB3"/>
    <w:rsid w:val="00F3620A"/>
    <w:rsid w:val="00F452E8"/>
    <w:rsid w:val="00F516A7"/>
    <w:rsid w:val="00F520E1"/>
    <w:rsid w:val="00F53D31"/>
    <w:rsid w:val="00F63C92"/>
    <w:rsid w:val="00F6575D"/>
    <w:rsid w:val="00F67486"/>
    <w:rsid w:val="00F71591"/>
    <w:rsid w:val="00F7266C"/>
    <w:rsid w:val="00F72E89"/>
    <w:rsid w:val="00F73CF0"/>
    <w:rsid w:val="00F74187"/>
    <w:rsid w:val="00F800A3"/>
    <w:rsid w:val="00F85066"/>
    <w:rsid w:val="00F90425"/>
    <w:rsid w:val="00F972B6"/>
    <w:rsid w:val="00FA6C01"/>
    <w:rsid w:val="00FB4224"/>
    <w:rsid w:val="00FB4275"/>
    <w:rsid w:val="00FC02B5"/>
    <w:rsid w:val="00FC2EBC"/>
    <w:rsid w:val="00FC3BCD"/>
    <w:rsid w:val="00FC4DF5"/>
    <w:rsid w:val="00FC580E"/>
    <w:rsid w:val="00FC6547"/>
    <w:rsid w:val="00FC693F"/>
    <w:rsid w:val="00FD4331"/>
    <w:rsid w:val="00FE07B8"/>
    <w:rsid w:val="00FF1D88"/>
    <w:rsid w:val="00FF242B"/>
    <w:rsid w:val="00FF4945"/>
    <w:rsid w:val="018943F3"/>
    <w:rsid w:val="029482E1"/>
    <w:rsid w:val="02A090ED"/>
    <w:rsid w:val="03095794"/>
    <w:rsid w:val="03318326"/>
    <w:rsid w:val="033F8F1B"/>
    <w:rsid w:val="05401583"/>
    <w:rsid w:val="05797ECA"/>
    <w:rsid w:val="057EAA6A"/>
    <w:rsid w:val="06BD279D"/>
    <w:rsid w:val="06E6CD12"/>
    <w:rsid w:val="0733CF73"/>
    <w:rsid w:val="0796BF7F"/>
    <w:rsid w:val="08CAFFC9"/>
    <w:rsid w:val="0995B692"/>
    <w:rsid w:val="0A74BA12"/>
    <w:rsid w:val="0C24347B"/>
    <w:rsid w:val="0CCBEF75"/>
    <w:rsid w:val="0CD79954"/>
    <w:rsid w:val="0D7FB73B"/>
    <w:rsid w:val="0E1845C9"/>
    <w:rsid w:val="0F8CE7A4"/>
    <w:rsid w:val="0F979DBD"/>
    <w:rsid w:val="12121CFB"/>
    <w:rsid w:val="12DDF655"/>
    <w:rsid w:val="1375C942"/>
    <w:rsid w:val="13BF1666"/>
    <w:rsid w:val="13DC93FC"/>
    <w:rsid w:val="14048CF5"/>
    <w:rsid w:val="1493694A"/>
    <w:rsid w:val="1543E7C8"/>
    <w:rsid w:val="15C84F92"/>
    <w:rsid w:val="15E5CBB3"/>
    <w:rsid w:val="16090AB0"/>
    <w:rsid w:val="16FAF71B"/>
    <w:rsid w:val="173223A2"/>
    <w:rsid w:val="192FA5A7"/>
    <w:rsid w:val="198E895D"/>
    <w:rsid w:val="19B8F987"/>
    <w:rsid w:val="19D5A2C5"/>
    <w:rsid w:val="1A34CD3E"/>
    <w:rsid w:val="1A61A089"/>
    <w:rsid w:val="1A812068"/>
    <w:rsid w:val="1AACF794"/>
    <w:rsid w:val="1BCDE5EA"/>
    <w:rsid w:val="1C22FF6F"/>
    <w:rsid w:val="1C5745AD"/>
    <w:rsid w:val="1C9F2C0E"/>
    <w:rsid w:val="1CA74CAC"/>
    <w:rsid w:val="1CDE2F94"/>
    <w:rsid w:val="1D7C8F2C"/>
    <w:rsid w:val="1DE6B760"/>
    <w:rsid w:val="1E39393D"/>
    <w:rsid w:val="20669AC7"/>
    <w:rsid w:val="20A3CC9E"/>
    <w:rsid w:val="20A98644"/>
    <w:rsid w:val="20B80F4B"/>
    <w:rsid w:val="20C32158"/>
    <w:rsid w:val="223FA073"/>
    <w:rsid w:val="2279F337"/>
    <w:rsid w:val="23953895"/>
    <w:rsid w:val="25BCBABA"/>
    <w:rsid w:val="26A9AB77"/>
    <w:rsid w:val="26BEC75B"/>
    <w:rsid w:val="275066F2"/>
    <w:rsid w:val="27A82207"/>
    <w:rsid w:val="27AB20F9"/>
    <w:rsid w:val="27CC1844"/>
    <w:rsid w:val="27D94979"/>
    <w:rsid w:val="27EFE689"/>
    <w:rsid w:val="289AC96C"/>
    <w:rsid w:val="28C48666"/>
    <w:rsid w:val="28C8A522"/>
    <w:rsid w:val="297599B4"/>
    <w:rsid w:val="29A275DA"/>
    <w:rsid w:val="29C653DF"/>
    <w:rsid w:val="2B3A8C3C"/>
    <w:rsid w:val="2B41D7ED"/>
    <w:rsid w:val="2B6EFDB6"/>
    <w:rsid w:val="2B954FA0"/>
    <w:rsid w:val="2BA89464"/>
    <w:rsid w:val="2BF757F7"/>
    <w:rsid w:val="2C1D5E47"/>
    <w:rsid w:val="2C4C0326"/>
    <w:rsid w:val="2D148803"/>
    <w:rsid w:val="2DEEF31F"/>
    <w:rsid w:val="2E9619B8"/>
    <w:rsid w:val="2FCCC6C6"/>
    <w:rsid w:val="305146FB"/>
    <w:rsid w:val="31EE14BD"/>
    <w:rsid w:val="32824A37"/>
    <w:rsid w:val="33032007"/>
    <w:rsid w:val="334D2505"/>
    <w:rsid w:val="33501102"/>
    <w:rsid w:val="33B49C07"/>
    <w:rsid w:val="343DBFE6"/>
    <w:rsid w:val="34EE3B66"/>
    <w:rsid w:val="35D5F142"/>
    <w:rsid w:val="3624E8B5"/>
    <w:rsid w:val="365AFE88"/>
    <w:rsid w:val="3681D257"/>
    <w:rsid w:val="37172D4D"/>
    <w:rsid w:val="3759BE6E"/>
    <w:rsid w:val="37F02CAC"/>
    <w:rsid w:val="385CB1C1"/>
    <w:rsid w:val="38D0756D"/>
    <w:rsid w:val="39153671"/>
    <w:rsid w:val="394CA26A"/>
    <w:rsid w:val="3A30F970"/>
    <w:rsid w:val="3A969EF7"/>
    <w:rsid w:val="3AC2894B"/>
    <w:rsid w:val="3AD5C136"/>
    <w:rsid w:val="3B869547"/>
    <w:rsid w:val="3BAEECAF"/>
    <w:rsid w:val="3C9ADEFE"/>
    <w:rsid w:val="3D26BFA3"/>
    <w:rsid w:val="3D28574F"/>
    <w:rsid w:val="3D2B2C75"/>
    <w:rsid w:val="3DE42D19"/>
    <w:rsid w:val="3F399AA2"/>
    <w:rsid w:val="3FB0D963"/>
    <w:rsid w:val="40273C78"/>
    <w:rsid w:val="40683D52"/>
    <w:rsid w:val="40875E44"/>
    <w:rsid w:val="408F9C38"/>
    <w:rsid w:val="40F875F1"/>
    <w:rsid w:val="4129F55D"/>
    <w:rsid w:val="41A7FC8D"/>
    <w:rsid w:val="41C70F84"/>
    <w:rsid w:val="4225E6AE"/>
    <w:rsid w:val="4228AA43"/>
    <w:rsid w:val="422F9B24"/>
    <w:rsid w:val="43854634"/>
    <w:rsid w:val="439E65D0"/>
    <w:rsid w:val="43CF94B7"/>
    <w:rsid w:val="44384EA1"/>
    <w:rsid w:val="447621BE"/>
    <w:rsid w:val="448CDB2E"/>
    <w:rsid w:val="44A23549"/>
    <w:rsid w:val="44D78C16"/>
    <w:rsid w:val="4530DA30"/>
    <w:rsid w:val="46F2925E"/>
    <w:rsid w:val="471C020E"/>
    <w:rsid w:val="474A5F3B"/>
    <w:rsid w:val="47BBC07F"/>
    <w:rsid w:val="484BBADD"/>
    <w:rsid w:val="48E5EEEE"/>
    <w:rsid w:val="49707EC1"/>
    <w:rsid w:val="49D9243D"/>
    <w:rsid w:val="49DCA4C6"/>
    <w:rsid w:val="49FAAF5A"/>
    <w:rsid w:val="4A0FE81D"/>
    <w:rsid w:val="4A2F7F99"/>
    <w:rsid w:val="4A315970"/>
    <w:rsid w:val="4A852BD0"/>
    <w:rsid w:val="4B9D35E6"/>
    <w:rsid w:val="4BF41795"/>
    <w:rsid w:val="4D0FA8FC"/>
    <w:rsid w:val="4D71C69C"/>
    <w:rsid w:val="4DF4D48B"/>
    <w:rsid w:val="4EAF9CB5"/>
    <w:rsid w:val="4EC5A19C"/>
    <w:rsid w:val="4ED281A7"/>
    <w:rsid w:val="4EDA7202"/>
    <w:rsid w:val="4F65B506"/>
    <w:rsid w:val="4FC10D27"/>
    <w:rsid w:val="4FC5A823"/>
    <w:rsid w:val="50634DE4"/>
    <w:rsid w:val="51389135"/>
    <w:rsid w:val="519B4D79"/>
    <w:rsid w:val="5225D09C"/>
    <w:rsid w:val="5239D4E4"/>
    <w:rsid w:val="52984E9A"/>
    <w:rsid w:val="534593D6"/>
    <w:rsid w:val="54D4FE98"/>
    <w:rsid w:val="552A1C48"/>
    <w:rsid w:val="552CD1F7"/>
    <w:rsid w:val="55845C2A"/>
    <w:rsid w:val="56FCE351"/>
    <w:rsid w:val="57021CDC"/>
    <w:rsid w:val="5720DB19"/>
    <w:rsid w:val="57254E12"/>
    <w:rsid w:val="578E0AD5"/>
    <w:rsid w:val="57B243FC"/>
    <w:rsid w:val="58850EDF"/>
    <w:rsid w:val="58B5D728"/>
    <w:rsid w:val="58BD9C64"/>
    <w:rsid w:val="58D51A7C"/>
    <w:rsid w:val="58FBEA6F"/>
    <w:rsid w:val="59E11E10"/>
    <w:rsid w:val="5A2016F7"/>
    <w:rsid w:val="5A530DFE"/>
    <w:rsid w:val="5A605A88"/>
    <w:rsid w:val="5A60EE83"/>
    <w:rsid w:val="5AC11B1E"/>
    <w:rsid w:val="5B256D5E"/>
    <w:rsid w:val="5B45913F"/>
    <w:rsid w:val="5B6CD0DE"/>
    <w:rsid w:val="5BBDDD79"/>
    <w:rsid w:val="5C939D55"/>
    <w:rsid w:val="5CB8ACF0"/>
    <w:rsid w:val="5CF0922B"/>
    <w:rsid w:val="5D0D476D"/>
    <w:rsid w:val="5D2161D3"/>
    <w:rsid w:val="5D2967E9"/>
    <w:rsid w:val="5D4617AA"/>
    <w:rsid w:val="5E242CD3"/>
    <w:rsid w:val="5EF95AB4"/>
    <w:rsid w:val="5F1B1CB7"/>
    <w:rsid w:val="5FE04E45"/>
    <w:rsid w:val="5FED9B8F"/>
    <w:rsid w:val="600806CA"/>
    <w:rsid w:val="6127B64C"/>
    <w:rsid w:val="61C8460B"/>
    <w:rsid w:val="61F731CE"/>
    <w:rsid w:val="630E0B04"/>
    <w:rsid w:val="63289939"/>
    <w:rsid w:val="6434880D"/>
    <w:rsid w:val="64BD83F3"/>
    <w:rsid w:val="65E88DA5"/>
    <w:rsid w:val="6622F83C"/>
    <w:rsid w:val="66C1E24D"/>
    <w:rsid w:val="6765B0A3"/>
    <w:rsid w:val="67E9EBC6"/>
    <w:rsid w:val="68188405"/>
    <w:rsid w:val="68F1AA2D"/>
    <w:rsid w:val="6A5FC1B7"/>
    <w:rsid w:val="6A698478"/>
    <w:rsid w:val="6B133C24"/>
    <w:rsid w:val="6BBA3508"/>
    <w:rsid w:val="6C8AD916"/>
    <w:rsid w:val="6D21E20F"/>
    <w:rsid w:val="6D22E309"/>
    <w:rsid w:val="6D4D978C"/>
    <w:rsid w:val="6E3259E1"/>
    <w:rsid w:val="6EA344B7"/>
    <w:rsid w:val="6EED1C4C"/>
    <w:rsid w:val="6F2EE4D5"/>
    <w:rsid w:val="6F4F3135"/>
    <w:rsid w:val="70517EDC"/>
    <w:rsid w:val="707C4FD7"/>
    <w:rsid w:val="707DD27D"/>
    <w:rsid w:val="70FE02E7"/>
    <w:rsid w:val="714A50B7"/>
    <w:rsid w:val="71568135"/>
    <w:rsid w:val="716934AA"/>
    <w:rsid w:val="72F73E14"/>
    <w:rsid w:val="7369B049"/>
    <w:rsid w:val="744B923B"/>
    <w:rsid w:val="744C491A"/>
    <w:rsid w:val="7568D2F2"/>
    <w:rsid w:val="75BC45A6"/>
    <w:rsid w:val="76B256F1"/>
    <w:rsid w:val="780B006F"/>
    <w:rsid w:val="78BA2C78"/>
    <w:rsid w:val="793A513F"/>
    <w:rsid w:val="79C8CAB2"/>
    <w:rsid w:val="79D29999"/>
    <w:rsid w:val="7A74A3D0"/>
    <w:rsid w:val="7A8F467B"/>
    <w:rsid w:val="7B99EB92"/>
    <w:rsid w:val="7C44978B"/>
    <w:rsid w:val="7CD31664"/>
    <w:rsid w:val="7CEBE524"/>
    <w:rsid w:val="7DDF3819"/>
    <w:rsid w:val="7E2526C6"/>
    <w:rsid w:val="7E99D2FA"/>
    <w:rsid w:val="7F069C77"/>
    <w:rsid w:val="7F6907DB"/>
    <w:rsid w:val="7F983BC4"/>
    <w:rsid w:val="7FA580D7"/>
    <w:rsid w:val="7FBA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4F6F26"/>
  <w14:defaultImageDpi w14:val="300"/>
  <w15:docId w15:val="{B9AD24B5-54F1-4326-8CD0-D222D5D2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Jasmah Joseph</cp:lastModifiedBy>
  <cp:revision>3</cp:revision>
  <dcterms:created xsi:type="dcterms:W3CDTF">2026-10-09T16:55:00Z</dcterms:created>
  <dcterms:modified xsi:type="dcterms:W3CDTF">2026-10-09T18:31:00Z</dcterms:modified>
  <cp:category/>
</cp:coreProperties>
</file>